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700"/>
        <w:jc w:val="center"/>
      </w:pPr>
      <w:r>
        <w:rPr>
          <w:rFonts w:ascii="Aptos Display" w:hAnsi="Aptos Display"/>
          <w:b/>
          <w:sz w:val="52"/>
        </w:rPr>
        <w:t>AlmaLinux 8.10 -&gt; 9.8</w:t>
        <w:br/>
        <w:t>cPanel ELevate Incident Review and Recovery How-To</w:t>
      </w:r>
    </w:p>
    <w:p>
      <w:pPr>
        <w:jc w:val="center"/>
      </w:pPr>
      <w:r>
        <w:rPr>
          <w:sz w:val="22"/>
        </w:rPr>
        <w:t>rocky8.usd21.org | DigitalOcean | cPanel &amp; WHM | ELevate v83 | MySQL Community 8.0.46</w:t>
      </w:r>
    </w:p>
    <w:p>
      <w:pPr>
        <w:spacing w:before="240"/>
        <w:jc w:val="center"/>
      </w:pPr>
      <w:r>
        <w:rPr>
          <w:i/>
          <w:sz w:val="20"/>
        </w:rPr>
        <w:t>Purpose: developer-facing postmortem, reproducible diagnostics, successful recovery steps, and proposed preflight improvements for cPanel ELevate and Leapp.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82"/>
      </w:tblGrid>
      <w:tr>
        <w:tc>
          <w:tcPr>
            <w:tcW w:type="dxa" w:w="10282"/>
            <w:shd w:fill="DDEBF7"/>
          </w:tcPr>
          <w:p>
            <w:r>
              <w:rPr>
                <w:b/>
                <w:sz w:val="20"/>
              </w:rPr>
              <w:t>Executive finding</w:t>
              <w:br/>
            </w:r>
            <w:r>
              <w:rPr>
                <w:sz w:val="18"/>
              </w:rPr>
              <w:t>The distribution conversion itself ultimately succeeded. The incident was a chain of independent problems: (1) a target-critical filesystem package was blocked by a global DNF exclude, (2) cPanel rejected Leapp packages whose provenance was elevate-testing, (3) the generated upgrade initramfs created a mount unit for cPanel's file-backed /usr/tmpDSK secure /tmp and failed before the offline upgrade, and (4) after EL9 booted, EL8-specific DNF versionlocks prevented cPanel from restoring the MySQL 8.0 EL9 RPM set. A console-routing issue initially hid the real initramfs error behind the last visible line "Probing EDD ... ok".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1. Environment and scope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41"/>
        <w:gridCol w:w="5141"/>
      </w:tblGrid>
      <w:tr>
        <w:tc>
          <w:tcPr>
            <w:tcW w:type="dxa" w:w="5141"/>
            <w:shd w:fill="EAF2F8"/>
          </w:tcPr>
          <w:p>
            <w:r/>
            <w:r>
              <w:rPr>
                <w:rFonts w:ascii="Aptos" w:hAnsi="Aptos"/>
                <w:b/>
                <w:sz w:val="18"/>
              </w:rPr>
              <w:t>Host</w:t>
            </w:r>
          </w:p>
        </w:tc>
        <w:tc>
          <w:tcPr>
            <w:tcW w:type="dxa" w:w="5141"/>
          </w:tcPr>
          <w:p>
            <w:r/>
            <w:r>
              <w:rPr>
                <w:rFonts w:ascii="Aptos" w:hAnsi="Aptos"/>
                <w:b w:val="0"/>
                <w:sz w:val="18"/>
              </w:rPr>
              <w:t>rocky8.usd21.org</w:t>
            </w:r>
          </w:p>
        </w:tc>
      </w:tr>
      <w:tr>
        <w:tc>
          <w:tcPr>
            <w:tcW w:type="dxa" w:w="5141"/>
            <w:shd w:fill="EAF2F8"/>
          </w:tcPr>
          <w:p>
            <w:r/>
            <w:r>
              <w:rPr>
                <w:rFonts w:ascii="Aptos" w:hAnsi="Aptos"/>
                <w:b/>
                <w:sz w:val="18"/>
              </w:rPr>
              <w:t>Provider</w:t>
            </w:r>
          </w:p>
        </w:tc>
        <w:tc>
          <w:tcPr>
            <w:tcW w:type="dxa" w:w="5141"/>
          </w:tcPr>
          <w:p>
            <w:r/>
            <w:r>
              <w:rPr>
                <w:rFonts w:ascii="Aptos" w:hAnsi="Aptos"/>
                <w:b w:val="0"/>
                <w:sz w:val="18"/>
              </w:rPr>
              <w:t>DigitalOcean Droplet / KVM / VirtIO</w:t>
            </w:r>
          </w:p>
        </w:tc>
      </w:tr>
      <w:tr>
        <w:tc>
          <w:tcPr>
            <w:tcW w:type="dxa" w:w="5141"/>
            <w:shd w:fill="EAF2F8"/>
          </w:tcPr>
          <w:p>
            <w:r/>
            <w:r>
              <w:rPr>
                <w:rFonts w:ascii="Aptos" w:hAnsi="Aptos"/>
                <w:b/>
                <w:sz w:val="18"/>
              </w:rPr>
              <w:t>Source OS</w:t>
            </w:r>
          </w:p>
        </w:tc>
        <w:tc>
          <w:tcPr>
            <w:tcW w:type="dxa" w:w="5141"/>
          </w:tcPr>
          <w:p>
            <w:r/>
            <w:r>
              <w:rPr>
                <w:rFonts w:ascii="Aptos" w:hAnsi="Aptos"/>
                <w:b w:val="0"/>
                <w:sz w:val="18"/>
              </w:rPr>
              <w:t>AlmaLinux 8.10</w:t>
            </w:r>
          </w:p>
        </w:tc>
      </w:tr>
      <w:tr>
        <w:tc>
          <w:tcPr>
            <w:tcW w:type="dxa" w:w="5141"/>
            <w:shd w:fill="EAF2F8"/>
          </w:tcPr>
          <w:p>
            <w:r/>
            <w:r>
              <w:rPr>
                <w:rFonts w:ascii="Aptos" w:hAnsi="Aptos"/>
                <w:b/>
                <w:sz w:val="18"/>
              </w:rPr>
              <w:t>Target OS</w:t>
            </w:r>
          </w:p>
        </w:tc>
        <w:tc>
          <w:tcPr>
            <w:tcW w:type="dxa" w:w="5141"/>
          </w:tcPr>
          <w:p>
            <w:r/>
            <w:r>
              <w:rPr>
                <w:rFonts w:ascii="Aptos" w:hAnsi="Aptos"/>
                <w:b w:val="0"/>
                <w:sz w:val="18"/>
              </w:rPr>
              <w:t>AlmaLinux 9.8 (Olive Jaguar)</w:t>
            </w:r>
          </w:p>
        </w:tc>
      </w:tr>
      <w:tr>
        <w:tc>
          <w:tcPr>
            <w:tcW w:type="dxa" w:w="5141"/>
            <w:shd w:fill="EAF2F8"/>
          </w:tcPr>
          <w:p>
            <w:r/>
            <w:r>
              <w:rPr>
                <w:rFonts w:ascii="Aptos" w:hAnsi="Aptos"/>
                <w:b/>
                <w:sz w:val="18"/>
              </w:rPr>
              <w:t>Final observed kernel</w:t>
            </w:r>
          </w:p>
        </w:tc>
        <w:tc>
          <w:tcPr>
            <w:tcW w:type="dxa" w:w="5141"/>
          </w:tcPr>
          <w:p>
            <w:r/>
            <w:r>
              <w:rPr>
                <w:rFonts w:ascii="Aptos" w:hAnsi="Aptos"/>
                <w:b w:val="0"/>
                <w:sz w:val="18"/>
              </w:rPr>
              <w:t>5.14.0-687.42.1.el9_8.x86_64</w:t>
            </w:r>
          </w:p>
        </w:tc>
      </w:tr>
      <w:tr>
        <w:tc>
          <w:tcPr>
            <w:tcW w:type="dxa" w:w="5141"/>
            <w:shd w:fill="EAF2F8"/>
          </w:tcPr>
          <w:p>
            <w:r/>
            <w:r>
              <w:rPr>
                <w:rFonts w:ascii="Aptos" w:hAnsi="Aptos"/>
                <w:b/>
                <w:sz w:val="18"/>
              </w:rPr>
              <w:t>cPanel</w:t>
            </w:r>
          </w:p>
        </w:tc>
        <w:tc>
          <w:tcPr>
            <w:tcW w:type="dxa" w:w="5141"/>
          </w:tcPr>
          <w:p>
            <w:r/>
            <w:r>
              <w:rPr>
                <w:rFonts w:ascii="Aptos" w:hAnsi="Aptos"/>
                <w:b w:val="0"/>
                <w:sz w:val="18"/>
              </w:rPr>
              <w:t>136.0 build 38 after distribution conversion</w:t>
            </w:r>
          </w:p>
        </w:tc>
      </w:tr>
      <w:tr>
        <w:tc>
          <w:tcPr>
            <w:tcW w:type="dxa" w:w="5141"/>
            <w:shd w:fill="EAF2F8"/>
          </w:tcPr>
          <w:p>
            <w:r/>
            <w:r>
              <w:rPr>
                <w:rFonts w:ascii="Aptos" w:hAnsi="Aptos"/>
                <w:b/>
                <w:sz w:val="18"/>
              </w:rPr>
              <w:t>ELevate script</w:t>
            </w:r>
          </w:p>
        </w:tc>
        <w:tc>
          <w:tcPr>
            <w:tcW w:type="dxa" w:w="5141"/>
          </w:tcPr>
          <w:p>
            <w:r/>
            <w:r>
              <w:rPr>
                <w:rFonts w:ascii="Aptos" w:hAnsi="Aptos"/>
                <w:b w:val="0"/>
                <w:sz w:val="18"/>
              </w:rPr>
              <w:t>v83</w:t>
            </w:r>
          </w:p>
        </w:tc>
      </w:tr>
      <w:tr>
        <w:tc>
          <w:tcPr>
            <w:tcW w:type="dxa" w:w="5141"/>
            <w:shd w:fill="EAF2F8"/>
          </w:tcPr>
          <w:p>
            <w:r/>
            <w:r>
              <w:rPr>
                <w:rFonts w:ascii="Aptos" w:hAnsi="Aptos"/>
                <w:b/>
                <w:sz w:val="18"/>
              </w:rPr>
              <w:t>Database</w:t>
            </w:r>
          </w:p>
        </w:tc>
        <w:tc>
          <w:tcPr>
            <w:tcW w:type="dxa" w:w="5141"/>
          </w:tcPr>
          <w:p>
            <w:r/>
            <w:r>
              <w:rPr>
                <w:rFonts w:ascii="Aptos" w:hAnsi="Aptos"/>
                <w:b w:val="0"/>
                <w:sz w:val="18"/>
              </w:rPr>
              <w:t>Oracle MySQL Community 8.0.46</w:t>
            </w:r>
          </w:p>
        </w:tc>
      </w:tr>
      <w:tr>
        <w:tc>
          <w:tcPr>
            <w:tcW w:type="dxa" w:w="5141"/>
            <w:shd w:fill="EAF2F8"/>
          </w:tcPr>
          <w:p>
            <w:r/>
            <w:r>
              <w:rPr>
                <w:rFonts w:ascii="Aptos" w:hAnsi="Aptos"/>
                <w:b/>
                <w:sz w:val="18"/>
              </w:rPr>
              <w:t>Root filesystem</w:t>
            </w:r>
          </w:p>
        </w:tc>
        <w:tc>
          <w:tcPr>
            <w:tcW w:type="dxa" w:w="5141"/>
          </w:tcPr>
          <w:p>
            <w:r/>
            <w:r>
              <w:rPr>
                <w:rFonts w:ascii="Aptos" w:hAnsi="Aptos"/>
                <w:b w:val="0"/>
                <w:sz w:val="18"/>
              </w:rPr>
              <w:t>XFS</w:t>
            </w:r>
          </w:p>
        </w:tc>
      </w:tr>
      <w:tr>
        <w:tc>
          <w:tcPr>
            <w:tcW w:type="dxa" w:w="5141"/>
            <w:shd w:fill="EAF2F8"/>
          </w:tcPr>
          <w:p>
            <w:r/>
            <w:r>
              <w:rPr>
                <w:rFonts w:ascii="Aptos" w:hAnsi="Aptos"/>
                <w:b/>
                <w:sz w:val="18"/>
              </w:rPr>
              <w:t>Boot</w:t>
            </w:r>
          </w:p>
        </w:tc>
        <w:tc>
          <w:tcPr>
            <w:tcW w:type="dxa" w:w="5141"/>
          </w:tcPr>
          <w:p>
            <w:r/>
            <w:r>
              <w:rPr>
                <w:rFonts w:ascii="Aptos" w:hAnsi="Aptos"/>
                <w:b w:val="0"/>
                <w:sz w:val="18"/>
              </w:rPr>
              <w:t>GRUB with BLS</w:t>
            </w:r>
          </w:p>
        </w:tc>
      </w:tr>
      <w:tr>
        <w:tc>
          <w:tcPr>
            <w:tcW w:type="dxa" w:w="5141"/>
            <w:shd w:fill="EAF2F8"/>
          </w:tcPr>
          <w:p>
            <w:r/>
            <w:r>
              <w:rPr>
                <w:rFonts w:ascii="Aptos" w:hAnsi="Aptos"/>
                <w:b/>
                <w:sz w:val="18"/>
              </w:rPr>
              <w:t>Upgrade wrapper</w:t>
            </w:r>
          </w:p>
        </w:tc>
        <w:tc>
          <w:tcPr>
            <w:tcW w:type="dxa" w:w="5141"/>
          </w:tcPr>
          <w:p>
            <w:r/>
            <w:r>
              <w:rPr>
                <w:rFonts w:ascii="Aptos" w:hAnsi="Aptos"/>
                <w:b w:val="0"/>
                <w:sz w:val="18"/>
              </w:rPr>
              <w:t>/scripts/elevate-cpanel</w:t>
            </w:r>
          </w:p>
        </w:tc>
      </w:tr>
    </w:tbl>
    <w:p>
      <w:pPr>
        <w:pStyle w:val="Heading1"/>
      </w:pPr>
      <w:r>
        <w:t>2. High-level incident timeline</w:t>
      </w:r>
    </w:p>
    <w:p>
      <w:pPr>
        <w:pStyle w:val="ListBullet"/>
      </w:pPr>
      <w:r>
        <w:t>Preflight: cPanel ELevate rejected six Leapp packages installed from the unsupported elevate-testing repository.</w:t>
      </w:r>
    </w:p>
    <w:p>
      <w:pPr>
        <w:pStyle w:val="ListBullet"/>
      </w:pPr>
      <w:r>
        <w:t>Raw Leapp preupgrade: target_userspace_creator failed because filesystem-3.16-5.el9 was filtered by the source system DNF exclude configuration.</w:t>
      </w:r>
    </w:p>
    <w:p>
      <w:pPr>
        <w:pStyle w:val="ListBullet"/>
      </w:pPr>
      <w:r>
        <w:t>Preflight repair: Leapp packages were reinstalled from the supported elevate repository and only the filesystem exclusion was removed from DNF configuration.</w:t>
      </w:r>
    </w:p>
    <w:p>
      <w:pPr>
        <w:pStyle w:val="ListBullet"/>
      </w:pPr>
      <w:r>
        <w:t>Stage 3: target userspace creation and transaction test succeeded; Leapp generated the special upgrade initramfs.</w:t>
      </w:r>
    </w:p>
    <w:p>
      <w:pPr>
        <w:pStyle w:val="ListBullet"/>
      </w:pPr>
      <w:r>
        <w:t>First upgrade-initramfs boots appeared frozen after "Probing EDD (edd=off to disable)... ok". Testing edd=off did not resolve the boot.</w:t>
      </w:r>
    </w:p>
    <w:p>
      <w:pPr>
        <w:pStyle w:val="ListBullet"/>
      </w:pPr>
      <w:r>
        <w:t>GRUB console arguments were changed temporarily to expose tty0. The hidden dracut failure was /usr/tmpDSK: Can't lookup blockdev and Failed to mount /sysroot/tmp.</w:t>
      </w:r>
    </w:p>
    <w:p>
      <w:pPr>
        <w:pStyle w:val="ListBullet"/>
      </w:pPr>
      <w:r>
        <w:t>Inside the dracut shell, systemd showed sysroot-tmp.mount was generated from /etc/fstab with What=/usr/tmpDSK and Where=/sysroot/tmp. Removing that transient mount unit allowed the offline Leapp transaction to proceed.</w:t>
      </w:r>
    </w:p>
    <w:p>
      <w:pPr>
        <w:pStyle w:val="ListBullet"/>
      </w:pPr>
      <w:r>
        <w:t>The host booted AlmaLinux 9.8 successfully, but /scripts/elevate-cpanel --status reported Failed during stage 4.</w:t>
      </w:r>
    </w:p>
    <w:p>
      <w:pPr>
        <w:pStyle w:val="ListBullet"/>
      </w:pPr>
      <w:r>
        <w:t>Stage 4 failure was MySQL restoration. cPanel's MySQL job log showed EL9 mysql-community packages filtered out by exclude filtering.</w:t>
      </w:r>
    </w:p>
    <w:p>
      <w:pPr>
        <w:pStyle w:val="ListBullet"/>
      </w:pPr>
      <w:r>
        <w:t>DNF versionlock inspection revealed several mysql-community packages pinned to 8.0.46-1.el8.*. Removing only the MySQL versionlocks allowed a dry-run EL9 transaction to resolve, and cPanel's background MySQL upgrade then completed successfully.</w:t>
      </w:r>
    </w:p>
    <w:p>
      <w:pPr>
        <w:pStyle w:val="ListBullet"/>
      </w:pPr>
      <w:r>
        <w:t>ELevate was resumed with --continue; later PECL warnings for imagick/redis remained as post-upgrade cleanup items.</w:t>
      </w:r>
    </w:p>
    <w:p>
      <w:pPr>
        <w:pStyle w:val="Heading1"/>
      </w:pPr>
      <w:r>
        <w:t>3. Failure 1 - global DNF exclude blocked Leapp target userspace</w:t>
      </w:r>
    </w:p>
    <w:p>
      <w:r>
        <w:t>The first hard Leapp failure occurred while creating the AlmaLinux 9 target userspace. The source system carried a cPanel-oriented global DNF exclude list that also contained the target-critical package filesystem. Because Leapp copies DNF configuration into the target userspace, the exclusion became active during target dependency resolution.</w:t>
      </w:r>
    </w:p>
    <w:p>
      <w:r>
        <w:rPr>
          <w:b/>
          <w:sz w:val="18"/>
        </w:rPr>
        <w:t>Relevant source DNF configuration</w:t>
      </w:r>
    </w:p>
    <w:p>
      <w:pPr>
        <w:pStyle w:val="CodeBlock"/>
        <w:keepLines w:val="0"/>
        <w:spacing w:after="120"/>
      </w:pPr>
      <w:r>
        <w:rPr>
          <w:rFonts w:ascii="Liberation Mono" w:hAnsi="Liberation Mono"/>
          <w:sz w:val="15"/>
        </w:rPr>
        <w:t>[main]</w:t>
        <w:br/>
      </w:r>
      <w:r>
        <w:rPr>
          <w:rFonts w:ascii="Liberation Mono" w:hAnsi="Liberation Mono"/>
          <w:sz w:val="15"/>
        </w:rPr>
        <w:t>exclude=bind-chroot dovecot* exim* filesystem p0f php* proftpd* pure-ftpd*</w:t>
      </w:r>
    </w:p>
    <w:p>
      <w:r>
        <w:t>The critical error was that filesystem-3.16-5.el9 from almalinux9-baseos was filtered by exclude filtering. That cascaded into otherwise misleading dependency failures involving bash, util-linux, dnf, systemd-libs and python3-systemd.</w:t>
      </w:r>
    </w:p>
    <w:p>
      <w:r>
        <w:rPr>
          <w:b/>
          <w:sz w:val="18"/>
        </w:rPr>
        <w:t>Diagnostic comparison used on the source system</w:t>
      </w:r>
    </w:p>
    <w:p>
      <w:pPr>
        <w:pStyle w:val="CodeBlock"/>
        <w:keepLines w:val="0"/>
        <w:spacing w:after="120"/>
      </w:pPr>
      <w:r>
        <w:rPr>
          <w:rFonts w:ascii="Liberation Mono" w:hAnsi="Liberation Mono"/>
          <w:sz w:val="15"/>
        </w:rPr>
        <w:t>dnf repoquery filesystem --show-duplicates</w:t>
        <w:br/>
      </w:r>
      <w:r>
        <w:rPr>
          <w:rFonts w:ascii="Liberation Mono" w:hAnsi="Liberation Mono"/>
          <w:sz w:val="15"/>
        </w:rPr>
        <w:t># no result under the active excludes</w:t>
        <w:br/>
      </w:r>
      <w:r>
        <w:rPr>
          <w:rFonts w:ascii="Liberation Mono" w:hAnsi="Liberation Mono"/>
          <w:sz w:val="15"/>
        </w:rPr>
        <w:br/>
      </w:r>
      <w:r>
        <w:rPr>
          <w:rFonts w:ascii="Liberation Mono" w:hAnsi="Liberation Mono"/>
          <w:sz w:val="15"/>
        </w:rPr>
        <w:t>dnf --disableexcludes=all repoquery filesystem --show-duplicates</w:t>
        <w:br/>
      </w:r>
      <w:r>
        <w:rPr>
          <w:rFonts w:ascii="Liberation Mono" w:hAnsi="Liberation Mono"/>
          <w:sz w:val="15"/>
        </w:rPr>
        <w:t>filesystem-0:3.8-6.el8.x86_64</w:t>
      </w:r>
    </w:p>
    <w:p>
      <w:r>
        <w:t>The successful fix was deliberately narrow: remove only filesystem from the global exclude, preserving the other cPanel exclusions. A subsequent Leapp run reached target_userspace_creator, loaded AlmaLinux 9.8 repositories, resolved dependencies, and selected filesystem-3.16-5.el9 from almalinux9-baseos.</w:t>
      </w:r>
    </w:p>
    <w:p>
      <w:r>
        <w:rPr>
          <w:b/>
          <w:sz w:val="18"/>
        </w:rPr>
        <w:t>Successful evidence from /var/log/elevate-cpanel.log / Leapp output</w:t>
      </w:r>
    </w:p>
    <w:p>
      <w:pPr>
        <w:pStyle w:val="CodeBlock"/>
        <w:keepLines w:val="0"/>
        <w:spacing w:after="120"/>
      </w:pPr>
      <w:r>
        <w:rPr>
          <w:rFonts w:ascii="Liberation Mono" w:hAnsi="Liberation Mono"/>
          <w:sz w:val="15"/>
        </w:rPr>
        <w:t>03:23:16 [INFO] ====&gt; * target_userspace_creator</w:t>
        <w:br/>
      </w:r>
      <w:r>
        <w:rPr>
          <w:rFonts w:ascii="Liberation Mono" w:hAnsi="Liberation Mono"/>
          <w:sz w:val="15"/>
        </w:rPr>
        <w:t>03:23:16 [INFO]     Initializes a directory to be populated as a minimal environment to run binaries from the target system.</w:t>
        <w:br/>
      </w:r>
      <w:r>
        <w:rPr>
          <w:rFonts w:ascii="Liberation Mono" w:hAnsi="Liberation Mono"/>
          <w:sz w:val="15"/>
        </w:rPr>
        <w:t>03:23:22 [INFO] Extra Packages for Enterprise Linux 9 - x86_64</w:t>
        <w:br/>
      </w:r>
      <w:r>
        <w:rPr>
          <w:rFonts w:ascii="Liberation Mono" w:hAnsi="Liberation Mono"/>
          <w:sz w:val="15"/>
        </w:rPr>
        <w:t>03:23:35 [INFO] AlmaLinux 9.8 - BaseOS</w:t>
        <w:br/>
      </w:r>
      <w:r>
        <w:rPr>
          <w:rFonts w:ascii="Liberation Mono" w:hAnsi="Liberation Mono"/>
          <w:sz w:val="15"/>
        </w:rPr>
        <w:t>03:23:44 [INFO] AlmaLinux 9.8 - AppStream</w:t>
        <w:br/>
      </w:r>
      <w:r>
        <w:rPr>
          <w:rFonts w:ascii="Liberation Mono" w:hAnsi="Liberation Mono"/>
          <w:sz w:val="15"/>
        </w:rPr>
        <w:t>03:24:21 [INFO] Dependencies resolved.</w:t>
        <w:br/>
      </w:r>
      <w:r>
        <w:rPr>
          <w:rFonts w:ascii="Liberation Mono" w:hAnsi="Liberation Mono"/>
          <w:sz w:val="15"/>
        </w:rPr>
        <w:t>...</w:t>
        <w:br/>
      </w:r>
      <w:r>
        <w:rPr>
          <w:rFonts w:ascii="Liberation Mono" w:hAnsi="Liberation Mono"/>
          <w:sz w:val="15"/>
        </w:rPr>
        <w:t>filesystem  x86_64  3.16-5.el9  almalinux9-baseos  1.1 M</w:t>
      </w:r>
    </w:p>
    <w:p>
      <w:r>
        <w:rPr>
          <w:b/>
          <w:sz w:val="18"/>
        </w:rPr>
        <w:t>Confirmation that the target filesystem package was no longer filtered</w:t>
      </w:r>
    </w:p>
    <w:p>
      <w:pPr>
        <w:pStyle w:val="CodeBlock"/>
        <w:keepLines w:val="0"/>
        <w:spacing w:after="120"/>
      </w:pPr>
      <w:r>
        <w:rPr>
          <w:rFonts w:ascii="Liberation Mono" w:hAnsi="Liberation Mono"/>
          <w:sz w:val="15"/>
        </w:rPr>
        <w:t>03:24:42 [INFO] Running transaction test</w:t>
        <w:br/>
      </w:r>
      <w:r>
        <w:rPr>
          <w:rFonts w:ascii="Liberation Mono" w:hAnsi="Liberation Mono"/>
          <w:sz w:val="15"/>
        </w:rPr>
        <w:t>03:24:43 [INFO] Transaction test succeeded.</w:t>
        <w:br/>
      </w:r>
      <w:r>
        <w:rPr>
          <w:rFonts w:ascii="Liberation Mono" w:hAnsi="Liberation Mono"/>
          <w:sz w:val="15"/>
        </w:rPr>
        <w:t>03:24:43 [INFO] Running transaction</w:t>
        <w:br/>
      </w:r>
      <w:r>
        <w:rPr>
          <w:rFonts w:ascii="Liberation Mono" w:hAnsi="Liberation Mono"/>
          <w:sz w:val="15"/>
        </w:rPr>
        <w:t>03:24:44 [INFO] Running scriptlet: filesystem-3.16-5.el9.x86_64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82"/>
      </w:tblGrid>
      <w:tr>
        <w:tc>
          <w:tcPr>
            <w:tcW w:type="dxa" w:w="10282"/>
            <w:shd w:fill="FFF2CC"/>
          </w:tcPr>
          <w:p>
            <w:r>
              <w:rPr>
                <w:b/>
                <w:sz w:val="20"/>
              </w:rPr>
              <w:t>Developer recommendation</w:t>
              <w:br/>
            </w:r>
            <w:r>
              <w:rPr>
                <w:sz w:val="18"/>
              </w:rPr>
              <w:t>Before Stage 3/reboot, resolve target-critical packages using the exact DNF configuration Leapp will copy into the target userspace. A package existing in a repository is not sufficient; the check must account for excludes/versionlocks/plugins that affect the actual transaction.</w:t>
            </w:r>
          </w:p>
        </w:tc>
      </w:tr>
    </w:tbl>
    <w:p>
      <w:pPr>
        <w:spacing w:after="0"/>
      </w:pPr>
    </w:p>
    <w:p>
      <w:pPr>
        <w:pStyle w:val="Heading1"/>
      </w:pPr>
      <w:r>
        <w:t>4. Failure 2 - unsupported elevate-testing package provenance</w:t>
      </w:r>
    </w:p>
    <w:p>
      <w:r>
        <w:t>cPanel ELevate also blocked because six installed Leapp packages had been installed from AlmaLinux's elevate-testing repository. The stable elevate repository offered the same NEVRAs, so package provenance rather than package version was the blocker.</w:t>
      </w:r>
    </w:p>
    <w:p>
      <w:r>
        <w:rPr>
          <w:b/>
          <w:sz w:val="18"/>
        </w:rPr>
        <w:t>Relevant /var/log/elevate-cpanel.log evidence</w:t>
      </w:r>
    </w:p>
    <w:p>
      <w:pPr>
        <w:pStyle w:val="CodeBlock"/>
        <w:keepLines w:val="0"/>
        <w:spacing w:after="120"/>
      </w:pPr>
      <w:r>
        <w:rPr>
          <w:rFonts w:ascii="Liberation Mono" w:hAnsi="Liberation Mono"/>
          <w:sz w:val="15"/>
        </w:rPr>
        <w:t>2026-09-06 02:25:50 [INFO] Unsupported YUM repo enabled 'csm' without packages installed from /etc/yum.repos.d/csm.repo, these will be disabled before ELevation</w:t>
        <w:br/>
      </w:r>
      <w:r>
        <w:rPr>
          <w:rFonts w:ascii="Liberation Mono" w:hAnsi="Liberation Mono"/>
          <w:sz w:val="15"/>
        </w:rPr>
        <w:t>2026-09-06 02:25:50 [ERROR] 6 package(s) installed from unsupported YUM repo 'elevate-testing' from /etc/yum.repos.d/elevate-testing.repo</w:t>
      </w:r>
    </w:p>
    <w:p>
      <w:r>
        <w:rPr>
          <w:b/>
          <w:sz w:val="18"/>
        </w:rPr>
        <w:t>Six affected packages</w:t>
      </w:r>
    </w:p>
    <w:p>
      <w:pPr>
        <w:pStyle w:val="CodeBlock"/>
        <w:keepLines w:val="0"/>
        <w:spacing w:after="120"/>
      </w:pPr>
      <w:r>
        <w:rPr>
          <w:rFonts w:ascii="Liberation Mono" w:hAnsi="Liberation Mono"/>
          <w:sz w:val="15"/>
        </w:rPr>
        <w:t>leapp</w:t>
        <w:br/>
      </w:r>
      <w:r>
        <w:rPr>
          <w:rFonts w:ascii="Liberation Mono" w:hAnsi="Liberation Mono"/>
          <w:sz w:val="15"/>
        </w:rPr>
        <w:t>leapp-data-almalinux</w:t>
        <w:br/>
      </w:r>
      <w:r>
        <w:rPr>
          <w:rFonts w:ascii="Liberation Mono" w:hAnsi="Liberation Mono"/>
          <w:sz w:val="15"/>
        </w:rPr>
        <w:t>leapp-deps</w:t>
        <w:br/>
      </w:r>
      <w:r>
        <w:rPr>
          <w:rFonts w:ascii="Liberation Mono" w:hAnsi="Liberation Mono"/>
          <w:sz w:val="15"/>
        </w:rPr>
        <w:t>leapp-upgrade-el8toel9</w:t>
        <w:br/>
      </w:r>
      <w:r>
        <w:rPr>
          <w:rFonts w:ascii="Liberation Mono" w:hAnsi="Liberation Mono"/>
          <w:sz w:val="15"/>
        </w:rPr>
        <w:t>leapp-upgrade-el8toel9-deps</w:t>
        <w:br/>
      </w:r>
      <w:r>
        <w:rPr>
          <w:rFonts w:ascii="Liberation Mono" w:hAnsi="Liberation Mono"/>
          <w:sz w:val="15"/>
        </w:rPr>
        <w:t>python3-leapp</w:t>
      </w:r>
    </w:p>
    <w:p>
      <w:r>
        <w:rPr>
          <w:b/>
          <w:sz w:val="18"/>
        </w:rPr>
        <w:t>Successful provenance repair</w:t>
      </w:r>
    </w:p>
    <w:p>
      <w:pPr>
        <w:pStyle w:val="CodeBlock"/>
        <w:keepLines w:val="0"/>
        <w:spacing w:after="120"/>
      </w:pPr>
      <w:r>
        <w:rPr>
          <w:rFonts w:ascii="Liberation Mono" w:hAnsi="Liberation Mono"/>
          <w:sz w:val="15"/>
        </w:rPr>
        <w:t>dnf reinstall -y \</w:t>
        <w:br/>
      </w:r>
      <w:r>
        <w:rPr>
          <w:rFonts w:ascii="Liberation Mono" w:hAnsi="Liberation Mono"/>
          <w:sz w:val="15"/>
        </w:rPr>
        <w:t xml:space="preserve">  --disablerepo='*' \</w:t>
        <w:br/>
      </w:r>
      <w:r>
        <w:rPr>
          <w:rFonts w:ascii="Liberation Mono" w:hAnsi="Liberation Mono"/>
          <w:sz w:val="15"/>
        </w:rPr>
        <w:t xml:space="preserve">  --enablerepo=elevate \</w:t>
        <w:br/>
      </w:r>
      <w:r>
        <w:rPr>
          <w:rFonts w:ascii="Liberation Mono" w:hAnsi="Liberation Mono"/>
          <w:sz w:val="15"/>
        </w:rPr>
        <w:t xml:space="preserve">  leapp \</w:t>
        <w:br/>
      </w:r>
      <w:r>
        <w:rPr>
          <w:rFonts w:ascii="Liberation Mono" w:hAnsi="Liberation Mono"/>
          <w:sz w:val="15"/>
        </w:rPr>
        <w:t xml:space="preserve">  leapp-data-almalinux \</w:t>
        <w:br/>
      </w:r>
      <w:r>
        <w:rPr>
          <w:rFonts w:ascii="Liberation Mono" w:hAnsi="Liberation Mono"/>
          <w:sz w:val="15"/>
        </w:rPr>
        <w:t xml:space="preserve">  leapp-deps \</w:t>
        <w:br/>
      </w:r>
      <w:r>
        <w:rPr>
          <w:rFonts w:ascii="Liberation Mono" w:hAnsi="Liberation Mono"/>
          <w:sz w:val="15"/>
        </w:rPr>
        <w:t xml:space="preserve">  leapp-upgrade-el8toel9 \</w:t>
        <w:br/>
      </w:r>
      <w:r>
        <w:rPr>
          <w:rFonts w:ascii="Liberation Mono" w:hAnsi="Liberation Mono"/>
          <w:sz w:val="15"/>
        </w:rPr>
        <w:t xml:space="preserve">  leapp-upgrade-el8toel9-deps \</w:t>
        <w:br/>
      </w:r>
      <w:r>
        <w:rPr>
          <w:rFonts w:ascii="Liberation Mono" w:hAnsi="Liberation Mono"/>
          <w:sz w:val="15"/>
        </w:rPr>
        <w:t xml:space="preserve">  python3-leapp</w:t>
      </w:r>
    </w:p>
    <w:p>
      <w:r>
        <w:t>After the reinstall, the six packages reported @elevate provenance, elevate-testing was disabled, and /scripts/elevate-cpanel --check reported no blockers.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82"/>
      </w:tblGrid>
      <w:tr>
        <w:tc>
          <w:tcPr>
            <w:tcW w:type="dxa" w:w="10282"/>
            <w:shd w:fill="FFF2CC"/>
          </w:tcPr>
          <w:p>
            <w:r>
              <w:rPr>
                <w:b/>
                <w:sz w:val="20"/>
              </w:rPr>
              <w:t>Developer recommendation</w:t>
              <w:br/>
            </w:r>
            <w:r>
              <w:rPr>
                <w:sz w:val="18"/>
              </w:rPr>
              <w:t>When an unsupported-repository package has an identical NEVRA available from the supported elevate repository, print the offending package list and offer/document a provenance-only reinstall path.</w:t>
            </w:r>
          </w:p>
        </w:tc>
      </w:tr>
    </w:tbl>
    <w:p>
      <w:pPr>
        <w:spacing w:after="0"/>
      </w:pPr>
    </w:p>
    <w:p>
      <w:pPr>
        <w:pStyle w:val="Heading1"/>
      </w:pPr>
      <w:r>
        <w:t>5. Stage 3 success - target transaction and initramfs generation</w:t>
      </w:r>
    </w:p>
    <w:p>
      <w:r>
        <w:t>Once the DNF exclusion and repository-provenance problems were corrected, Leapp successfully built the target environment and completed its transaction validation. This is important because it proves the later boot failure was downstream of package solving.</w:t>
      </w:r>
    </w:p>
    <w:p>
      <w:r>
        <w:rPr>
          <w:b/>
          <w:sz w:val="18"/>
        </w:rPr>
        <w:t>Key transition from target transaction into the special upgrade initramfs</w:t>
      </w:r>
    </w:p>
    <w:p>
      <w:pPr>
        <w:pStyle w:val="CodeBlock"/>
        <w:keepLines w:val="0"/>
        <w:spacing w:after="120"/>
      </w:pPr>
      <w:r>
        <w:rPr>
          <w:rFonts w:ascii="Liberation Mono" w:hAnsi="Liberation Mono"/>
          <w:sz w:val="15"/>
        </w:rPr>
        <w:t>03:25:54 [INFO] Transaction Summary</w:t>
        <w:br/>
      </w:r>
      <w:r>
        <w:rPr>
          <w:rFonts w:ascii="Liberation Mono" w:hAnsi="Liberation Mono"/>
          <w:sz w:val="15"/>
        </w:rPr>
        <w:t>03:25:54 [INFO] Install    286 Packages</w:t>
        <w:br/>
      </w:r>
      <w:r>
        <w:rPr>
          <w:rFonts w:ascii="Liberation Mono" w:hAnsi="Liberation Mono"/>
          <w:sz w:val="15"/>
        </w:rPr>
        <w:t>03:25:54 [INFO] Upgrade    847 Packages</w:t>
        <w:br/>
      </w:r>
      <w:r>
        <w:rPr>
          <w:rFonts w:ascii="Liberation Mono" w:hAnsi="Liberation Mono"/>
          <w:sz w:val="15"/>
        </w:rPr>
        <w:t>03:25:54 [INFO] Remove      43 Packages</w:t>
        <w:br/>
      </w:r>
      <w:r>
        <w:rPr>
          <w:rFonts w:ascii="Liberation Mono" w:hAnsi="Liberation Mono"/>
          <w:sz w:val="15"/>
        </w:rPr>
        <w:t>03:25:54 [INFO] Downgrade    7 Packages</w:t>
        <w:br/>
      </w:r>
      <w:r>
        <w:rPr>
          <w:rFonts w:ascii="Liberation Mono" w:hAnsi="Liberation Mono"/>
          <w:sz w:val="15"/>
        </w:rPr>
        <w:t>03:25:54 [INFO] Total size: 1.3 G</w:t>
        <w:br/>
      </w:r>
      <w:r>
        <w:rPr>
          <w:rFonts w:ascii="Liberation Mono" w:hAnsi="Liberation Mono"/>
          <w:sz w:val="15"/>
        </w:rPr>
        <w:t>...</w:t>
        <w:br/>
      </w:r>
      <w:r>
        <w:rPr>
          <w:rFonts w:ascii="Liberation Mono" w:hAnsi="Liberation Mono"/>
          <w:sz w:val="15"/>
        </w:rPr>
        <w:t>03:29:29 [INFO] Complete!</w:t>
        <w:br/>
      </w:r>
      <w:r>
        <w:rPr>
          <w:rFonts w:ascii="Liberation Mono" w:hAnsi="Liberation Mono"/>
          <w:sz w:val="15"/>
        </w:rPr>
        <w:t>03:29:30 [INFO] ==&gt; Processing phase `InterimPreparation`</w:t>
        <w:br/>
      </w:r>
      <w:r>
        <w:rPr>
          <w:rFonts w:ascii="Liberation Mono" w:hAnsi="Liberation Mono"/>
          <w:sz w:val="15"/>
        </w:rPr>
        <w:t>03:29:30 [INFO] ====&gt; * mount_unit_generator</w:t>
        <w:br/>
      </w:r>
      <w:r>
        <w:rPr>
          <w:rFonts w:ascii="Liberation Mono" w:hAnsi="Liberation Mono"/>
          <w:sz w:val="15"/>
        </w:rPr>
        <w:t>03:29:30 [INFO]     Sets up storage initialization using systemd's mount units in the upgrade container.</w:t>
        <w:br/>
      </w:r>
      <w:r>
        <w:rPr>
          <w:rFonts w:ascii="Liberation Mono" w:hAnsi="Liberation Mono"/>
          <w:sz w:val="15"/>
        </w:rPr>
        <w:t>03:29:31 [INFO] ====&gt; * common_leapp_dracut_modules</w:t>
        <w:br/>
      </w:r>
      <w:r>
        <w:rPr>
          <w:rFonts w:ascii="Liberation Mono" w:hAnsi="Liberation Mono"/>
          <w:sz w:val="15"/>
        </w:rPr>
        <w:t>03:29:31 [INFO]     Influences the generation of the initram disk</w:t>
        <w:br/>
      </w:r>
      <w:r>
        <w:rPr>
          <w:rFonts w:ascii="Liberation Mono" w:hAnsi="Liberation Mono"/>
          <w:sz w:val="15"/>
        </w:rPr>
        <w:t>03:29:31 [INFO] ====&gt; * upgrade_initramfs_generator</w:t>
        <w:br/>
      </w:r>
      <w:r>
        <w:rPr>
          <w:rFonts w:ascii="Liberation Mono" w:hAnsi="Liberation Mono"/>
          <w:sz w:val="15"/>
        </w:rPr>
        <w:t>03:29:31 [INFO]     Creates the upgrade initramfs</w:t>
      </w:r>
    </w:p>
    <w:p>
      <w:pPr>
        <w:pStyle w:val="Heading1"/>
      </w:pPr>
      <w:r>
        <w:t>6. Misleading boot symptom - EDD line was not the failure</w:t>
      </w:r>
    </w:p>
    <w:p>
      <w:r>
        <w:t>The DigitalOcean console repeatedly appeared to hang immediately after the message below. Because no later output was visible, the EDD probe initially looked like the root cause.</w:t>
      </w:r>
    </w:p>
    <w:p>
      <w:pPr>
        <w:pStyle w:val="CodeBlock"/>
        <w:keepLines w:val="0"/>
        <w:spacing w:after="120"/>
      </w:pPr>
      <w:r>
        <w:rPr>
          <w:rFonts w:ascii="Liberation Mono" w:hAnsi="Liberation Mono"/>
          <w:sz w:val="15"/>
        </w:rPr>
        <w:t>Probing EDD (edd=off to disable)... ok</w:t>
      </w:r>
    </w:p>
    <w:p>
      <w:r>
        <w:t>A one-time GRUB test added edd=off to the ELevate-Upgrade-Initramfs kernel command line. That changed the visible behavior but did not complete the boot. The critical breakthrough came from console routing, not EDD.</w:t>
      </w:r>
    </w:p>
    <w:p>
      <w:r>
        <w:rPr>
          <w:b/>
          <w:sz w:val="18"/>
        </w:rPr>
        <w:t>GRUB console diagnostic</w:t>
      </w:r>
    </w:p>
    <w:p>
      <w:pPr>
        <w:pStyle w:val="CodeBlock"/>
        <w:keepLines w:val="0"/>
        <w:spacing w:after="120"/>
      </w:pPr>
      <w:r>
        <w:rPr>
          <w:rFonts w:ascii="Liberation Mono" w:hAnsi="Liberation Mono"/>
          <w:sz w:val="15"/>
        </w:rPr>
        <w:t>Original upgrade kernel arguments included:</w:t>
        <w:br/>
      </w:r>
      <w:r>
        <w:rPr>
          <w:rFonts w:ascii="Liberation Mono" w:hAnsi="Liberation Mono"/>
          <w:sz w:val="15"/>
        </w:rPr>
        <w:t>console=ttyS0,115200n8</w:t>
        <w:br/>
      </w:r>
      <w:r>
        <w:rPr>
          <w:rFonts w:ascii="Liberation Mono" w:hAnsi="Liberation Mono"/>
          <w:sz w:val="15"/>
        </w:rPr>
        <w:br/>
      </w:r>
      <w:r>
        <w:rPr>
          <w:rFonts w:ascii="Liberation Mono" w:hAnsi="Liberation Mono"/>
          <w:sz w:val="15"/>
        </w:rPr>
        <w:t>Temporary diagnostic edit used:</w:t>
        <w:br/>
      </w:r>
      <w:r>
        <w:rPr>
          <w:rFonts w:ascii="Liberation Mono" w:hAnsi="Liberation Mono"/>
          <w:sz w:val="15"/>
        </w:rPr>
        <w:t>console=ttyS0,115200n8 console=tty0</w:t>
      </w:r>
    </w:p>
    <w:p>
      <w:r>
        <w:t>With tty0 made the last console argument, the DigitalOcean VNC console displayed the real dracut failure and eventually accepted input into the emergency shell.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82"/>
      </w:tblGrid>
      <w:tr>
        <w:tc>
          <w:tcPr>
            <w:tcW w:type="dxa" w:w="10282"/>
            <w:shd w:fill="E2F0D9"/>
          </w:tcPr>
          <w:p>
            <w:r>
              <w:rPr>
                <w:b/>
                <w:sz w:val="20"/>
              </w:rPr>
              <w:t>Observability lesson</w:t>
              <w:br/>
            </w:r>
            <w:r>
              <w:rPr>
                <w:sz w:val="18"/>
              </w:rPr>
              <w:t>"Probing EDD ... ok" was only the last visible message, not the failed subsystem. The EDD routine had already printed ok. A cloud console routing mismatch hid the downstream initramfs error.</w:t>
            </w:r>
          </w:p>
        </w:tc>
      </w:tr>
    </w:tbl>
    <w:p>
      <w:pPr>
        <w:spacing w:after="0"/>
      </w:pPr>
    </w:p>
    <w:p>
      <w:pPr>
        <w:pStyle w:val="Heading1"/>
      </w:pPr>
      <w:r>
        <w:t>7. Primary boot blocker - cPanel secure /tmp and sysroot-tmp.mount</w:t>
      </w:r>
    </w:p>
    <w:p>
      <w:r>
        <w:t>Once tty0 output was visible, the upgrade initramfs showed that root, /boot and /boot/efi were mounting successfully. The failure occurred when the real-root /tmp mount was constructed from cPanel's file-backed secure /tmp image.</w:t>
      </w:r>
    </w:p>
    <w:p>
      <w:r>
        <w:rPr>
          <w:b/>
          <w:sz w:val="18"/>
        </w:rPr>
        <w:t>Actual hidden boot failure</w:t>
      </w:r>
    </w:p>
    <w:p>
      <w:pPr>
        <w:pStyle w:val="CodeBlock"/>
        <w:keepLines w:val="0"/>
        <w:spacing w:after="120"/>
      </w:pPr>
      <w:r>
        <w:rPr>
          <w:rFonts w:ascii="Liberation Mono" w:hAnsi="Liberation Mono"/>
          <w:sz w:val="15"/>
        </w:rPr>
        <w:t>[ OK ] Mounted /sysroot.</w:t>
        <w:br/>
      </w:r>
      <w:r>
        <w:rPr>
          <w:rFonts w:ascii="Liberation Mono" w:hAnsi="Liberation Mono"/>
          <w:sz w:val="15"/>
        </w:rPr>
        <w:t>[ OK ] Mounted /sysroot/boot.</w:t>
        <w:br/>
      </w:r>
      <w:r>
        <w:rPr>
          <w:rFonts w:ascii="Liberation Mono" w:hAnsi="Liberation Mono"/>
          <w:sz w:val="15"/>
        </w:rPr>
        <w:t>[ OK ] Mounted /sysroot/boot/efi.</w:t>
        <w:br/>
      </w:r>
      <w:r>
        <w:rPr>
          <w:rFonts w:ascii="Liberation Mono" w:hAnsi="Liberation Mono"/>
          <w:sz w:val="15"/>
        </w:rPr>
        <w:t>/usr/tmpDSK: Can't lookup blockdev</w:t>
        <w:br/>
      </w:r>
      <w:r>
        <w:rPr>
          <w:rFonts w:ascii="Liberation Mono" w:hAnsi="Liberation Mono"/>
          <w:sz w:val="15"/>
        </w:rPr>
        <w:t>[FAILED] Failed to mount /sysroot/tmp.</w:t>
        <w:br/>
      </w:r>
      <w:r>
        <w:rPr>
          <w:rFonts w:ascii="Liberation Mono" w:hAnsi="Liberation Mono"/>
          <w:sz w:val="15"/>
        </w:rPr>
        <w:t>[DEPEND] Dependency failed for Local File Systems.</w:t>
        <w:br/>
      </w:r>
      <w:r>
        <w:rPr>
          <w:rFonts w:ascii="Liberation Mono" w:hAnsi="Liberation Mono"/>
          <w:sz w:val="15"/>
        </w:rPr>
        <w:t>Generating "/run/initramfs/rdsosreport.txt"</w:t>
        <w:br/>
      </w:r>
      <w:r>
        <w:rPr>
          <w:rFonts w:ascii="Liberation Mono" w:hAnsi="Liberation Mono"/>
          <w:sz w:val="15"/>
        </w:rPr>
        <w:t>Entering emergency mode.</w:t>
      </w:r>
    </w:p>
    <w:p>
      <w:r>
        <w:t>Inspection of the real root showed the cPanel secure /tmp backing file and fstab entry:</w:t>
      </w:r>
    </w:p>
    <w:p>
      <w:r>
        <w:rPr>
          <w:b/>
          <w:sz w:val="18"/>
        </w:rPr>
        <w:t>Real-root configuration</w:t>
      </w:r>
    </w:p>
    <w:p>
      <w:pPr>
        <w:pStyle w:val="CodeBlock"/>
        <w:keepLines w:val="0"/>
        <w:spacing w:after="120"/>
      </w:pPr>
      <w:r>
        <w:rPr>
          <w:rFonts w:ascii="Liberation Mono" w:hAnsi="Liberation Mono"/>
          <w:sz w:val="15"/>
        </w:rPr>
        <w:t>grep -nE 'tmp|tmpDSK' /sysroot/etc/fstab</w:t>
        <w:br/>
      </w:r>
      <w:r>
        <w:rPr>
          <w:rFonts w:ascii="Liberation Mono" w:hAnsi="Liberation Mono"/>
          <w:sz w:val="15"/>
        </w:rPr>
        <w:t>15:/usr/tmpDSK    /tmp    ext4    defaults,noauto    0 0</w:t>
        <w:br/>
      </w:r>
      <w:r>
        <w:rPr>
          <w:rFonts w:ascii="Liberation Mono" w:hAnsi="Liberation Mono"/>
          <w:sz w:val="15"/>
        </w:rPr>
        <w:br/>
      </w:r>
      <w:r>
        <w:rPr>
          <w:rFonts w:ascii="Liberation Mono" w:hAnsi="Liberation Mono"/>
          <w:sz w:val="15"/>
        </w:rPr>
        <w:t>ls -lh /sysroot/usr/tmpDSK</w:t>
        <w:br/>
      </w:r>
      <w:r>
        <w:rPr>
          <w:rFonts w:ascii="Liberation Mono" w:hAnsi="Liberation Mono"/>
          <w:sz w:val="15"/>
        </w:rPr>
        <w:t>-rw-------. 1 root root 4.0G ... /sysroot/usr/tmpDSK</w:t>
      </w:r>
    </w:p>
    <w:p>
      <w:r>
        <w:t>The noauto option did not prevent the Leapp upgrade environment from producing a mount unit that became part of local-fs.target. systemd confirmed exactly how the transient unit had been generated:</w:t>
      </w:r>
    </w:p>
    <w:p>
      <w:r>
        <w:rPr>
          <w:b/>
          <w:sz w:val="18"/>
        </w:rPr>
        <w:t>Generated unit inside the running upgrade initramfs</w:t>
      </w:r>
    </w:p>
    <w:p>
      <w:pPr>
        <w:pStyle w:val="CodeBlock"/>
        <w:keepLines w:val="0"/>
        <w:spacing w:after="120"/>
      </w:pPr>
      <w:r>
        <w:rPr>
          <w:rFonts w:ascii="Liberation Mono" w:hAnsi="Liberation Mono"/>
          <w:sz w:val="15"/>
        </w:rPr>
        <w:t>systemctl cat sysroot-tmp.mount</w:t>
        <w:br/>
      </w:r>
      <w:r>
        <w:rPr>
          <w:rFonts w:ascii="Liberation Mono" w:hAnsi="Liberation Mono"/>
          <w:sz w:val="15"/>
        </w:rPr>
        <w:t># /usr/lib/systemd/system/sysroot-tmp.mount</w:t>
        <w:br/>
      </w:r>
      <w:r>
        <w:rPr>
          <w:rFonts w:ascii="Liberation Mono" w:hAnsi="Liberation Mono"/>
          <w:sz w:val="15"/>
        </w:rPr>
        <w:t># Automatically generated by systemd-fstab-generator</w:t>
        <w:br/>
      </w:r>
      <w:r>
        <w:rPr>
          <w:rFonts w:ascii="Liberation Mono" w:hAnsi="Liberation Mono"/>
          <w:sz w:val="15"/>
        </w:rPr>
        <w:br/>
      </w:r>
      <w:r>
        <w:rPr>
          <w:rFonts w:ascii="Liberation Mono" w:hAnsi="Liberation Mono"/>
          <w:sz w:val="15"/>
        </w:rPr>
        <w:t>[Unit]</w:t>
        <w:br/>
      </w:r>
      <w:r>
        <w:rPr>
          <w:rFonts w:ascii="Liberation Mono" w:hAnsi="Liberation Mono"/>
          <w:sz w:val="15"/>
        </w:rPr>
        <w:t>SourcePath=/etc/fstab</w:t>
        <w:br/>
      </w:r>
      <w:r>
        <w:rPr>
          <w:rFonts w:ascii="Liberation Mono" w:hAnsi="Liberation Mono"/>
          <w:sz w:val="15"/>
        </w:rPr>
        <w:t>Documentation=man:fstab(5) man:systemd-fstab-generator(8)</w:t>
        <w:br/>
      </w:r>
      <w:r>
        <w:rPr>
          <w:rFonts w:ascii="Liberation Mono" w:hAnsi="Liberation Mono"/>
          <w:sz w:val="15"/>
        </w:rPr>
        <w:t>Before=local-fs.target</w:t>
        <w:br/>
      </w:r>
      <w:r>
        <w:rPr>
          <w:rFonts w:ascii="Liberation Mono" w:hAnsi="Liberation Mono"/>
          <w:sz w:val="15"/>
        </w:rPr>
        <w:br/>
      </w:r>
      <w:r>
        <w:rPr>
          <w:rFonts w:ascii="Liberation Mono" w:hAnsi="Liberation Mono"/>
          <w:sz w:val="15"/>
        </w:rPr>
        <w:t>[Mount]</w:t>
        <w:br/>
      </w:r>
      <w:r>
        <w:rPr>
          <w:rFonts w:ascii="Liberation Mono" w:hAnsi="Liberation Mono"/>
          <w:sz w:val="15"/>
        </w:rPr>
        <w:t>Where=/sysroot/tmp</w:t>
        <w:br/>
      </w:r>
      <w:r>
        <w:rPr>
          <w:rFonts w:ascii="Liberation Mono" w:hAnsi="Liberation Mono"/>
          <w:sz w:val="15"/>
        </w:rPr>
        <w:t>What=/usr/tmpDSK</w:t>
        <w:br/>
      </w:r>
      <w:r>
        <w:rPr>
          <w:rFonts w:ascii="Liberation Mono" w:hAnsi="Liberation Mono"/>
          <w:sz w:val="15"/>
        </w:rPr>
        <w:t>Type=ext4</w:t>
        <w:br/>
      </w:r>
      <w:r>
        <w:rPr>
          <w:rFonts w:ascii="Liberation Mono" w:hAnsi="Liberation Mono"/>
          <w:sz w:val="15"/>
        </w:rPr>
        <w:t>Options=defaults,noauto</w:t>
      </w:r>
    </w:p>
    <w:p>
      <w:r>
        <w:rPr>
          <w:b/>
          <w:sz w:val="18"/>
        </w:rPr>
        <w:t>Provenance of the failing mount unit</w:t>
      </w:r>
    </w:p>
    <w:p>
      <w:pPr>
        <w:pStyle w:val="CodeBlock"/>
        <w:keepLines w:val="0"/>
        <w:spacing w:after="120"/>
      </w:pPr>
      <w:r>
        <w:rPr>
          <w:rFonts w:ascii="Liberation Mono" w:hAnsi="Liberation Mono"/>
          <w:sz w:val="15"/>
        </w:rPr>
        <w:t>systemctl show sysroot-tmp.mount -p FragmentPath -p SourcePath</w:t>
        <w:br/>
      </w:r>
      <w:r>
        <w:rPr>
          <w:rFonts w:ascii="Liberation Mono" w:hAnsi="Liberation Mono"/>
          <w:sz w:val="15"/>
        </w:rPr>
        <w:t>FragmentPath=/usr/lib/systemd/system/sysroot-tmp.mount</w:t>
        <w:br/>
      </w:r>
      <w:r>
        <w:rPr>
          <w:rFonts w:ascii="Liberation Mono" w:hAnsi="Liberation Mono"/>
          <w:sz w:val="15"/>
        </w:rPr>
        <w:t>SourcePath=/etc/fstab</w:t>
      </w:r>
    </w:p>
    <w:p>
      <w:r>
        <w:t>We also tested changing the real root fstab. /sysroot was initially mounted read-only, so it was remounted read-write and the /usr/tmpDSK line was backed up and commented. That did not repair the already-generated initramfs mount dependency; even a fresh boot of the existing upgrade initramfs still attempted /sysroot/tmp. This established that fixing the source fstab after initramfs generation was too late for this artifact.</w:t>
      </w:r>
    </w:p>
    <w:p>
      <w:r>
        <w:rPr>
          <w:b/>
          <w:sz w:val="18"/>
        </w:rPr>
        <w:t>Persistent real-root fstab change made during recovery</w:t>
      </w:r>
    </w:p>
    <w:p>
      <w:pPr>
        <w:pStyle w:val="CodeBlock"/>
        <w:keepLines w:val="0"/>
        <w:spacing w:after="120"/>
      </w:pPr>
      <w:r>
        <w:rPr>
          <w:rFonts w:ascii="Liberation Mono" w:hAnsi="Liberation Mono"/>
          <w:sz w:val="15"/>
        </w:rPr>
        <w:t>mount -o remount,rw /sysroot</w:t>
        <w:br/>
      </w:r>
      <w:r>
        <w:rPr>
          <w:rFonts w:ascii="Liberation Mono" w:hAnsi="Liberation Mono"/>
          <w:sz w:val="15"/>
        </w:rPr>
        <w:t>cp -a /sysroot/etc/fstab /sysroot/etc/fstab.pre-elevate-tmpfix</w:t>
        <w:br/>
      </w:r>
      <w:r>
        <w:rPr>
          <w:rFonts w:ascii="Liberation Mono" w:hAnsi="Liberation Mono"/>
          <w:sz w:val="15"/>
        </w:rPr>
        <w:t>sed -i '\|^[[:space:]]*/usr/tmpDSK[[:space:]]|s|^|# ELEVATE-TEMP: |' /sysroot/etc/fstab</w:t>
        <w:br/>
      </w:r>
      <w:r>
        <w:rPr>
          <w:rFonts w:ascii="Liberation Mono" w:hAnsi="Liberation Mono"/>
          <w:sz w:val="15"/>
        </w:rPr>
        <w:br/>
      </w:r>
      <w:r>
        <w:rPr>
          <w:rFonts w:ascii="Liberation Mono" w:hAnsi="Liberation Mono"/>
          <w:sz w:val="15"/>
        </w:rPr>
        <w:t># Result:</w:t>
        <w:br/>
      </w:r>
      <w:r>
        <w:rPr>
          <w:rFonts w:ascii="Liberation Mono" w:hAnsi="Liberation Mono"/>
          <w:sz w:val="15"/>
        </w:rPr>
        <w:t># ELEVATE-TEMP: /usr/tmpDSK /tmp ext4 defaults,noauto 0 0</w:t>
      </w:r>
    </w:p>
    <w:p>
      <w:pPr>
        <w:pStyle w:val="Heading1"/>
      </w:pPr>
      <w:r>
        <w:t>8. Successful initramfs surgery</w:t>
      </w:r>
    </w:p>
    <w:p>
      <w:r>
        <w:t>The successful intervention was to neutralize the generated sysroot-tmp.mount unit inside the running ELevate/Leapp upgrade initramfs. This did not modify initramfs-upgrade.x86_64.img on disk; it changed the live emergency environment after the generated unit and its provenance had been confirmed.</w:t>
      </w:r>
    </w:p>
    <w:p>
      <w:r>
        <w:rPr>
          <w:b/>
          <w:sz w:val="18"/>
        </w:rPr>
        <w:t>Recovery intervention used successfully</w:t>
      </w:r>
    </w:p>
    <w:p>
      <w:pPr>
        <w:pStyle w:val="CodeBlock"/>
        <w:keepLines w:val="0"/>
        <w:spacing w:after="120"/>
      </w:pPr>
      <w:r>
        <w:rPr>
          <w:rFonts w:ascii="Liberation Mono" w:hAnsi="Liberation Mono"/>
          <w:sz w:val="15"/>
        </w:rPr>
        <w:t>systemctl stop sysroot-tmp.mount</w:t>
        <w:br/>
      </w:r>
      <w:r>
        <w:rPr>
          <w:rFonts w:ascii="Liberation Mono" w:hAnsi="Liberation Mono"/>
          <w:sz w:val="15"/>
        </w:rPr>
        <w:t>rm -f /usr/lib/systemd/system/sysroot-tmp.mount</w:t>
        <w:br/>
      </w:r>
      <w:r>
        <w:rPr>
          <w:rFonts w:ascii="Liberation Mono" w:hAnsi="Liberation Mono"/>
          <w:sz w:val="15"/>
        </w:rPr>
        <w:t>systemctl daemon-reload</w:t>
        <w:br/>
      </w:r>
      <w:r>
        <w:rPr>
          <w:rFonts w:ascii="Liberation Mono" w:hAnsi="Liberation Mono"/>
          <w:sz w:val="15"/>
        </w:rPr>
        <w:t>systemctl reset-failed</w:t>
        <w:br/>
      </w:r>
      <w:r>
        <w:rPr>
          <w:rFonts w:ascii="Liberation Mono" w:hAnsi="Liberation Mono"/>
          <w:sz w:val="15"/>
        </w:rPr>
        <w:t>systemctl status sysroot-tmp.mount</w:t>
      </w:r>
    </w:p>
    <w:p>
      <w:r>
        <w:rPr>
          <w:b/>
          <w:sz w:val="18"/>
        </w:rPr>
        <w:t>Expected verification</w:t>
      </w:r>
    </w:p>
    <w:p>
      <w:pPr>
        <w:pStyle w:val="CodeBlock"/>
        <w:keepLines w:val="0"/>
        <w:spacing w:after="120"/>
      </w:pPr>
      <w:r>
        <w:rPr>
          <w:rFonts w:ascii="Liberation Mono" w:hAnsi="Liberation Mono"/>
          <w:sz w:val="15"/>
        </w:rPr>
        <w:t>Unit sysroot-tmp.mount could not be found.</w:t>
      </w:r>
    </w:p>
    <w:p>
      <w:r>
        <w:rPr>
          <w:b/>
          <w:sz w:val="18"/>
        </w:rPr>
        <w:t>Continue the same upgrade boot</w:t>
      </w:r>
    </w:p>
    <w:p>
      <w:pPr>
        <w:pStyle w:val="CodeBlock"/>
        <w:keepLines w:val="0"/>
        <w:spacing w:after="120"/>
      </w:pPr>
      <w:r>
        <w:rPr>
          <w:rFonts w:ascii="Liberation Mono" w:hAnsi="Liberation Mono"/>
          <w:sz w:val="15"/>
        </w:rPr>
        <w:t>exit</w:t>
      </w:r>
    </w:p>
    <w:p>
      <w:r>
        <w:t>Immediately after removing the transient mount unit and exiting the emergency shell, the offline Leapp transaction proceeded. This creates strong A/B evidence that sysroot-tmp.mount was the boot blocker: with the generated unit present, the upgrade initramfs always entered emergency mode; with it removed, the system advanced through the EL8 -&gt; EL9 conversion.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82"/>
      </w:tblGrid>
      <w:tr>
        <w:tc>
          <w:tcPr>
            <w:tcW w:type="dxa" w:w="10282"/>
            <w:shd w:fill="FCE4D6"/>
          </w:tcPr>
          <w:p>
            <w:r>
              <w:rPr>
                <w:b/>
                <w:sz w:val="20"/>
              </w:rPr>
              <w:t>Important classification</w:t>
              <w:br/>
            </w:r>
            <w:r>
              <w:rPr>
                <w:sz w:val="18"/>
              </w:rPr>
              <w:t>This was incident recovery, not a generally supported Leapp procedure. The correct product fix is to prevent the incompatible mount unit from being generated or required in the first place.</w:t>
            </w:r>
          </w:p>
        </w:tc>
      </w:tr>
    </w:tbl>
    <w:p>
      <w:pPr>
        <w:spacing w:after="0"/>
      </w:pPr>
    </w:p>
    <w:p>
      <w:pPr>
        <w:pStyle w:val="Heading1"/>
      </w:pPr>
      <w:r>
        <w:t>9. Distribution conversion succeeded, ELevate Stage 4 did not</w:t>
      </w:r>
    </w:p>
    <w:p>
      <w:r>
        <w:t>After the offline transaction, SSH returned and the host was genuinely running the target operating system, even though the cPanel wrapper reported a Stage 4 failure.</w:t>
      </w:r>
    </w:p>
    <w:p>
      <w:r>
        <w:rPr>
          <w:b/>
          <w:sz w:val="18"/>
        </w:rPr>
        <w:t>Post-reboot state</w:t>
      </w:r>
    </w:p>
    <w:p>
      <w:pPr>
        <w:pStyle w:val="CodeBlock"/>
        <w:keepLines w:val="0"/>
        <w:spacing w:after="120"/>
      </w:pPr>
      <w:r>
        <w:rPr>
          <w:rFonts w:ascii="Liberation Mono" w:hAnsi="Liberation Mono"/>
          <w:sz w:val="15"/>
        </w:rPr>
        <w:t>Hostname : rocky8.usd21.org</w:t>
        <w:br/>
      </w:r>
      <w:r>
        <w:rPr>
          <w:rFonts w:ascii="Liberation Mono" w:hAnsi="Liberation Mono"/>
          <w:sz w:val="15"/>
        </w:rPr>
        <w:t>OS       : AlmaLinux 9.8 (Olive Jaguar)</w:t>
        <w:br/>
      </w:r>
      <w:r>
        <w:rPr>
          <w:rFonts w:ascii="Liberation Mono" w:hAnsi="Liberation Mono"/>
          <w:sz w:val="15"/>
        </w:rPr>
        <w:t>Kernel   : 5.14.0-687.42.1.el9_8.x86_64</w:t>
        <w:br/>
      </w:r>
      <w:r>
        <w:rPr>
          <w:rFonts w:ascii="Liberation Mono" w:hAnsi="Liberation Mono"/>
          <w:sz w:val="15"/>
        </w:rPr>
        <w:t>cPanel   : 136.0 (build 38)</w:t>
        <w:br/>
      </w:r>
      <w:r>
        <w:rPr>
          <w:rFonts w:ascii="Liberation Mono" w:hAnsi="Liberation Mono"/>
          <w:sz w:val="15"/>
        </w:rPr>
        <w:br/>
      </w:r>
      <w:r>
        <w:rPr>
          <w:rFonts w:ascii="Liberation Mono" w:hAnsi="Liberation Mono"/>
          <w:sz w:val="15"/>
        </w:rPr>
        <w:t>/scripts/elevate-cpanel --status</w:t>
        <w:br/>
      </w:r>
      <w:r>
        <w:rPr>
          <w:rFonts w:ascii="Liberation Mono" w:hAnsi="Liberation Mono"/>
          <w:sz w:val="15"/>
        </w:rPr>
        <w:t>Failed during stage 4</w:t>
      </w:r>
    </w:p>
    <w:p>
      <w:r>
        <w:t>This distinction is operationally important: the operating-system conversion had succeeded; cPanel's post-distro restoration had not finished. Rolling back Leapp or rerunning leapp upgrade would have been the wrong response.</w:t>
      </w:r>
    </w:p>
    <w:p>
      <w:pPr>
        <w:pStyle w:val="Heading1"/>
      </w:pPr>
      <w:r>
        <w:t>10. Stage 4 blocker - MySQL EL8 versionlocks prevented EL9 restoration</w:t>
      </w:r>
    </w:p>
    <w:p>
      <w:r>
        <w:t>The authoritative cPanel log showed Stage 4 had already restored large portions of the EasyApache stack and then failed specifically in the MySQL post_distro_upgrade component.</w:t>
      </w:r>
    </w:p>
    <w:p>
      <w:r>
        <w:rPr>
          <w:b/>
          <w:sz w:val="18"/>
        </w:rPr>
        <w:t>Relevant /var/log/elevate-cpanel.log excerpt</w:t>
      </w:r>
    </w:p>
    <w:p>
      <w:pPr>
        <w:pStyle w:val="CodeBlock"/>
        <w:keepLines w:val="0"/>
        <w:spacing w:after="120"/>
      </w:pPr>
      <w:r>
        <w:rPr>
          <w:rFonts w:ascii="Liberation Mono" w:hAnsi="Liberation Mono"/>
          <w:sz w:val="15"/>
        </w:rPr>
        <w:t>2026-09-06 05:35:03 [DEBUG] Running 'post_distro_upgrade' from MySQL component.</w:t>
        <w:br/>
      </w:r>
      <w:r>
        <w:rPr>
          <w:rFonts w:ascii="Liberation Mono" w:hAnsi="Liberation Mono"/>
          <w:sz w:val="15"/>
        </w:rPr>
        <w:t>2026-09-06 05:35:03 [INFO] Restoring MySQL 8.0</w:t>
        <w:br/>
      </w:r>
      <w:r>
        <w:rPr>
          <w:rFonts w:ascii="Liberation Mono" w:hAnsi="Liberation Mono"/>
          <w:sz w:val="15"/>
        </w:rPr>
        <w:t>2026-09-06 05:35:03 [INFO] Beginning upgrade to MySQL 8.0</w:t>
        <w:br/>
      </w:r>
      <w:r>
        <w:rPr>
          <w:rFonts w:ascii="Liberation Mono" w:hAnsi="Liberation Mono"/>
          <w:sz w:val="15"/>
        </w:rPr>
        <w:t>2026-09-06 05:37:25 [FATAL] FAILED to upgrade to MySQL 8.0</w:t>
        <w:br/>
      </w:r>
      <w:r>
        <w:rPr>
          <w:rFonts w:ascii="Liberation Mono" w:hAnsi="Liberation Mono"/>
          <w:sz w:val="15"/>
        </w:rPr>
        <w:t>2026-09-06 05:37:25 [ERROR] The elevation process failed during stage 4.</w:t>
        <w:br/>
      </w:r>
      <w:r>
        <w:rPr>
          <w:rFonts w:ascii="Liberation Mono" w:hAnsi="Liberation Mono"/>
          <w:sz w:val="15"/>
        </w:rPr>
        <w:t>...</w:t>
        <w:br/>
      </w:r>
      <w:r>
        <w:rPr>
          <w:rFonts w:ascii="Liberation Mono" w:hAnsi="Liberation Mono"/>
          <w:sz w:val="15"/>
        </w:rPr>
        <w:t>/usr/local/cpanel/bin/whmapi1 start_background_mysql_upgrade version=8.0</w:t>
        <w:br/>
      </w:r>
      <w:r>
        <w:rPr>
          <w:rFonts w:ascii="Liberation Mono" w:hAnsi="Liberation Mono"/>
          <w:sz w:val="15"/>
        </w:rPr>
        <w:t>...</w:t>
        <w:br/>
      </w:r>
      <w:r>
        <w:rPr>
          <w:rFonts w:ascii="Liberation Mono" w:hAnsi="Liberation Mono"/>
          <w:sz w:val="15"/>
        </w:rPr>
        <w:t>/scripts/elevate-cpanel --continue</w:t>
      </w:r>
    </w:p>
    <w:p>
      <w:r>
        <w:t>The cPanel background MySQL log provided the real package-manager failure:</w:t>
      </w:r>
    </w:p>
    <w:p>
      <w:r>
        <w:rPr>
          <w:b/>
          <w:sz w:val="18"/>
        </w:rPr>
        <w:t>Relevant /var/cpanel/logs/mysql_upgrade.&lt;ID&gt;/unattended_background_upgrade.log excerpt</w:t>
      </w:r>
    </w:p>
    <w:p>
      <w:pPr>
        <w:pStyle w:val="CodeBlock"/>
        <w:keepLines w:val="0"/>
        <w:spacing w:after="120"/>
      </w:pPr>
      <w:r>
        <w:rPr>
          <w:rFonts w:ascii="Liberation Mono" w:hAnsi="Liberation Mono"/>
          <w:sz w:val="15"/>
        </w:rPr>
        <w:t>Package mysql-community-devel-8.0.46-1.el8.x86_64 is already installed.</w:t>
        <w:br/>
      </w:r>
      <w:r>
        <w:rPr>
          <w:rFonts w:ascii="Liberation Mono" w:hAnsi="Liberation Mono"/>
          <w:sz w:val="15"/>
        </w:rPr>
        <w:t>Error:</w:t>
        <w:br/>
      </w:r>
      <w:r>
        <w:rPr>
          <w:rFonts w:ascii="Liberation Mono" w:hAnsi="Liberation Mono"/>
          <w:sz w:val="15"/>
        </w:rPr>
        <w:t xml:space="preserve"> Problem: package mysql-community-server-8.0.46-1.el9.x86_64 from mysql80-community requires mysql-community-icu-data-files = 8.0.46-1.el9, but none of the providers can be installed</w:t>
        <w:br/>
      </w:r>
      <w:r>
        <w:rPr>
          <w:rFonts w:ascii="Liberation Mono" w:hAnsi="Liberation Mono"/>
          <w:sz w:val="15"/>
        </w:rPr>
        <w:t xml:space="preserve">  - cannot install the best candidate for the job</w:t>
        <w:br/>
      </w:r>
      <w:r>
        <w:rPr>
          <w:rFonts w:ascii="Liberation Mono" w:hAnsi="Liberation Mono"/>
          <w:sz w:val="15"/>
        </w:rPr>
        <w:t xml:space="preserve">  - package mysql-community-icu-data-files-8.0.46-1.el9.x86_64 from mysql80-community is filtered out by exclude filtering</w:t>
        <w:br/>
      </w:r>
      <w:r>
        <w:rPr>
          <w:rFonts w:ascii="Liberation Mono" w:hAnsi="Liberation Mono"/>
          <w:sz w:val="15"/>
        </w:rPr>
        <w:t>...</w:t>
        <w:br/>
      </w:r>
      <w:r>
        <w:rPr>
          <w:rFonts w:ascii="Liberation Mono" w:hAnsi="Liberation Mono"/>
          <w:sz w:val="15"/>
        </w:rPr>
        <w:t>(XID ...) The "mysql" service is disabled.</w:t>
        <w:br/>
      </w:r>
      <w:r>
        <w:rPr>
          <w:rFonts w:ascii="Liberation Mono" w:hAnsi="Liberation Mono"/>
          <w:sz w:val="15"/>
        </w:rPr>
        <w:t>(XID ...) "/usr/bin/yum" reported error code "1" when it ended</w:t>
      </w:r>
    </w:p>
    <w:p>
      <w:r>
        <w:t>Global exclude inspection did not show mysql*, and ordinary repoquery could see the required EL9 packages. A real DNF install dry run, however, reproduced the transaction filtering. That pointed to another transaction filter rather than repository absence.</w:t>
      </w:r>
    </w:p>
    <w:p>
      <w:r>
        <w:rPr>
          <w:b/>
          <w:sz w:val="18"/>
        </w:rPr>
        <w:t>Root cause of the MySQL package filter</w:t>
      </w:r>
    </w:p>
    <w:p>
      <w:pPr>
        <w:pStyle w:val="CodeBlock"/>
        <w:keepLines w:val="0"/>
        <w:spacing w:after="120"/>
      </w:pPr>
      <w:r>
        <w:rPr>
          <w:rFonts w:ascii="Liberation Mono" w:hAnsi="Liberation Mono"/>
          <w:sz w:val="15"/>
        </w:rPr>
        <w:t>dnf versionlock list</w:t>
        <w:br/>
      </w:r>
      <w:r>
        <w:rPr>
          <w:rFonts w:ascii="Liberation Mono" w:hAnsi="Liberation Mono"/>
          <w:sz w:val="15"/>
        </w:rPr>
        <w:t>mysql-community-client-plugins-0:8.0.46-1.el8.*</w:t>
        <w:br/>
      </w:r>
      <w:r>
        <w:rPr>
          <w:rFonts w:ascii="Liberation Mono" w:hAnsi="Liberation Mono"/>
          <w:sz w:val="15"/>
        </w:rPr>
        <w:t>mysql-community-client-0:8.0.46-1.el8.*</w:t>
        <w:br/>
      </w:r>
      <w:r>
        <w:rPr>
          <w:rFonts w:ascii="Liberation Mono" w:hAnsi="Liberation Mono"/>
          <w:sz w:val="15"/>
        </w:rPr>
        <w:t>mysql-community-common-0:8.0.46-1.el8.*</w:t>
        <w:br/>
      </w:r>
      <w:r>
        <w:rPr>
          <w:rFonts w:ascii="Liberation Mono" w:hAnsi="Liberation Mono"/>
          <w:sz w:val="15"/>
        </w:rPr>
        <w:t>mysql-community-icu-data-files-0:8.0.46-1.el8.*</w:t>
        <w:br/>
      </w:r>
      <w:r>
        <w:rPr>
          <w:rFonts w:ascii="Liberation Mono" w:hAnsi="Liberation Mono"/>
          <w:sz w:val="15"/>
        </w:rPr>
        <w:t>mysql-community-libs-0:8.0.46-1.el8.*</w:t>
      </w:r>
    </w:p>
    <w:p>
      <w:r>
        <w:t>These locks were valid only for the old distribution release. After the host became EL9, they explicitly prevented DNF from replacing the locked EL8 builds with the required EL9 builds.</w:t>
      </w:r>
    </w:p>
    <w:p>
      <w:r>
        <w:rPr>
          <w:b/>
          <w:sz w:val="18"/>
        </w:rPr>
        <w:t>Successful versionlock repair</w:t>
      </w:r>
    </w:p>
    <w:p>
      <w:pPr>
        <w:pStyle w:val="CodeBlock"/>
        <w:keepLines w:val="0"/>
        <w:spacing w:after="120"/>
      </w:pPr>
      <w:r>
        <w:rPr>
          <w:rFonts w:ascii="Liberation Mono" w:hAnsi="Liberation Mono"/>
          <w:sz w:val="15"/>
        </w:rPr>
        <w:t>dnf versionlock delete 'mysql-community-*'</w:t>
      </w:r>
    </w:p>
    <w:p>
      <w:r>
        <w:t>The dry-run transaction immediately changed from filtered failure to a valid EL9 conversion:</w:t>
      </w:r>
    </w:p>
    <w:p>
      <w:r>
        <w:rPr>
          <w:b/>
          <w:sz w:val="18"/>
        </w:rPr>
        <w:t>Post-versionlock dry-run success</w:t>
      </w:r>
    </w:p>
    <w:p>
      <w:pPr>
        <w:pStyle w:val="CodeBlock"/>
        <w:keepLines w:val="0"/>
        <w:spacing w:after="120"/>
      </w:pPr>
      <w:r>
        <w:rPr>
          <w:rFonts w:ascii="Liberation Mono" w:hAnsi="Liberation Mono"/>
          <w:sz w:val="15"/>
        </w:rPr>
        <w:t>Dependencies resolved.</w:t>
        <w:br/>
      </w:r>
      <w:r>
        <w:rPr>
          <w:rFonts w:ascii="Liberation Mono" w:hAnsi="Liberation Mono"/>
          <w:sz w:val="15"/>
        </w:rPr>
        <w:t>Installing:</w:t>
        <w:br/>
      </w:r>
      <w:r>
        <w:rPr>
          <w:rFonts w:ascii="Liberation Mono" w:hAnsi="Liberation Mono"/>
          <w:sz w:val="15"/>
        </w:rPr>
        <w:t xml:space="preserve"> mysql-community-server              x86_64  8.0.46-1.el9</w:t>
        <w:br/>
      </w:r>
      <w:r>
        <w:rPr>
          <w:rFonts w:ascii="Liberation Mono" w:hAnsi="Liberation Mono"/>
          <w:sz w:val="15"/>
        </w:rPr>
        <w:t>Upgrading:</w:t>
        <w:br/>
      </w:r>
      <w:r>
        <w:rPr>
          <w:rFonts w:ascii="Liberation Mono" w:hAnsi="Liberation Mono"/>
          <w:sz w:val="15"/>
        </w:rPr>
        <w:t xml:space="preserve"> mysql-community-client              x86_64  8.0.46-1.el9</w:t>
        <w:br/>
      </w:r>
      <w:r>
        <w:rPr>
          <w:rFonts w:ascii="Liberation Mono" w:hAnsi="Liberation Mono"/>
          <w:sz w:val="15"/>
        </w:rPr>
        <w:t xml:space="preserve"> mysql-community-client-plugins      x86_64  8.0.46-1.el9</w:t>
        <w:br/>
      </w:r>
      <w:r>
        <w:rPr>
          <w:rFonts w:ascii="Liberation Mono" w:hAnsi="Liberation Mono"/>
          <w:sz w:val="15"/>
        </w:rPr>
        <w:t xml:space="preserve"> mysql-community-common              x86_64  8.0.46-1.el9</w:t>
        <w:br/>
      </w:r>
      <w:r>
        <w:rPr>
          <w:rFonts w:ascii="Liberation Mono" w:hAnsi="Liberation Mono"/>
          <w:sz w:val="15"/>
        </w:rPr>
        <w:t xml:space="preserve"> mysql-community-devel               x86_64  8.0.46-1.el9</w:t>
        <w:br/>
      </w:r>
      <w:r>
        <w:rPr>
          <w:rFonts w:ascii="Liberation Mono" w:hAnsi="Liberation Mono"/>
          <w:sz w:val="15"/>
        </w:rPr>
        <w:t xml:space="preserve"> mysql-community-icu-data-files      x86_64  8.0.46-1.el9</w:t>
        <w:br/>
      </w:r>
      <w:r>
        <w:rPr>
          <w:rFonts w:ascii="Liberation Mono" w:hAnsi="Liberation Mono"/>
          <w:sz w:val="15"/>
        </w:rPr>
        <w:t xml:space="preserve"> mysql-community-libs                x86_64  8.0.46-1.el9</w:t>
        <w:br/>
      </w:r>
      <w:r>
        <w:rPr>
          <w:rFonts w:ascii="Liberation Mono" w:hAnsi="Liberation Mono"/>
          <w:sz w:val="15"/>
        </w:rPr>
        <w:br/>
      </w:r>
      <w:r>
        <w:rPr>
          <w:rFonts w:ascii="Liberation Mono" w:hAnsi="Liberation Mono"/>
          <w:sz w:val="15"/>
        </w:rPr>
        <w:t>Transaction Summary</w:t>
        <w:br/>
      </w:r>
      <w:r>
        <w:rPr>
          <w:rFonts w:ascii="Liberation Mono" w:hAnsi="Liberation Mono"/>
          <w:sz w:val="15"/>
        </w:rPr>
        <w:t>Install  1 Package</w:t>
        <w:br/>
      </w:r>
      <w:r>
        <w:rPr>
          <w:rFonts w:ascii="Liberation Mono" w:hAnsi="Liberation Mono"/>
          <w:sz w:val="15"/>
        </w:rPr>
        <w:t>Upgrade  6 Packages</w:t>
        <w:br/>
      </w:r>
      <w:r>
        <w:rPr>
          <w:rFonts w:ascii="Liberation Mono" w:hAnsi="Liberation Mono"/>
          <w:sz w:val="15"/>
        </w:rPr>
        <w:br/>
      </w:r>
      <w:r>
        <w:rPr>
          <w:rFonts w:ascii="Liberation Mono" w:hAnsi="Liberation Mono"/>
          <w:sz w:val="15"/>
        </w:rPr>
        <w:t>Operation aborted.   # --assumeno was intentional</w:t>
      </w:r>
    </w:p>
    <w:p>
      <w:r>
        <w:t>The real conversion was then left to cPanel's supported database workflow. The successful job log ended with:</w:t>
      </w:r>
    </w:p>
    <w:p>
      <w:r>
        <w:rPr>
          <w:b/>
          <w:sz w:val="18"/>
        </w:rPr>
        <w:t>Successful cPanel MySQL upgrade evidence</w:t>
      </w:r>
    </w:p>
    <w:p>
      <w:pPr>
        <w:pStyle w:val="CodeBlock"/>
        <w:keepLines w:val="0"/>
        <w:spacing w:after="120"/>
      </w:pPr>
      <w:r>
        <w:rPr>
          <w:rFonts w:ascii="Liberation Mono" w:hAnsi="Liberation Mono"/>
          <w:sz w:val="15"/>
        </w:rPr>
        <w:t>Restarting mysqld service.</w:t>
        <w:br/>
      </w:r>
      <w:r>
        <w:rPr>
          <w:rFonts w:ascii="Liberation Mono" w:hAnsi="Liberation Mono"/>
          <w:sz w:val="15"/>
        </w:rPr>
        <w:t>Waiting for "mysql" to restart ... finished.</w:t>
        <w:br/>
      </w:r>
      <w:r>
        <w:rPr>
          <w:rFonts w:ascii="Liberation Mono" w:hAnsi="Liberation Mono"/>
          <w:sz w:val="15"/>
        </w:rPr>
        <w:br/>
      </w:r>
      <w:r>
        <w:rPr>
          <w:rFonts w:ascii="Liberation Mono" w:hAnsi="Liberation Mono"/>
          <w:sz w:val="15"/>
        </w:rPr>
        <w:t>Service Status</w:t>
        <w:br/>
      </w:r>
      <w:r>
        <w:rPr>
          <w:rFonts w:ascii="Liberation Mono" w:hAnsi="Liberation Mono"/>
          <w:sz w:val="15"/>
        </w:rPr>
        <w:t xml:space="preserve">    mysqld (/usr/sbin/mysqld) is running ...</w:t>
        <w:br/>
      </w:r>
      <w:r>
        <w:rPr>
          <w:rFonts w:ascii="Liberation Mono" w:hAnsi="Liberation Mono"/>
          <w:sz w:val="15"/>
        </w:rPr>
        <w:br/>
      </w:r>
      <w:r>
        <w:rPr>
          <w:rFonts w:ascii="Liberation Mono" w:hAnsi="Liberation Mono"/>
          <w:sz w:val="15"/>
        </w:rPr>
        <w:t>Startup Log</w:t>
        <w:br/>
      </w:r>
      <w:r>
        <w:rPr>
          <w:rFonts w:ascii="Liberation Mono" w:hAnsi="Liberation Mono"/>
          <w:sz w:val="15"/>
        </w:rPr>
        <w:t xml:space="preserve">    Started MySQL Server.</w:t>
        <w:br/>
      </w:r>
      <w:r>
        <w:rPr>
          <w:rFonts w:ascii="Liberation Mono" w:hAnsi="Liberation Mono"/>
          <w:sz w:val="15"/>
        </w:rPr>
        <w:br/>
      </w:r>
      <w:r>
        <w:rPr>
          <w:rFonts w:ascii="Liberation Mono" w:hAnsi="Liberation Mono"/>
          <w:sz w:val="15"/>
        </w:rPr>
        <w:t>Log Messages</w:t>
        <w:br/>
      </w:r>
      <w:r>
        <w:rPr>
          <w:rFonts w:ascii="Liberation Mono" w:hAnsi="Liberation Mono"/>
          <w:sz w:val="15"/>
        </w:rPr>
        <w:t xml:space="preserve">    /usr/sbin/mysqld: ready for connections. Version: '8.0.46'</w:t>
        <w:br/>
      </w:r>
      <w:r>
        <w:rPr>
          <w:rFonts w:ascii="Liberation Mono" w:hAnsi="Liberation Mono"/>
          <w:sz w:val="15"/>
        </w:rPr>
        <w:br/>
      </w:r>
      <w:r>
        <w:rPr>
          <w:rFonts w:ascii="Liberation Mono" w:hAnsi="Liberation Mono"/>
          <w:sz w:val="15"/>
        </w:rPr>
        <w:t>mysql restarted successfully.</w:t>
        <w:br/>
      </w:r>
      <w:r>
        <w:rPr>
          <w:rFonts w:ascii="Liberation Mono" w:hAnsi="Liberation Mono"/>
          <w:sz w:val="15"/>
        </w:rPr>
        <w:t>MySQL upgrade completed successfully</w:t>
      </w:r>
    </w:p>
    <w:p>
      <w:r>
        <w:rPr>
          <w:b/>
          <w:sz w:val="18"/>
        </w:rPr>
        <w:t>Functional database verification</w:t>
      </w:r>
    </w:p>
    <w:p>
      <w:pPr>
        <w:pStyle w:val="CodeBlock"/>
        <w:keepLines w:val="0"/>
        <w:spacing w:after="120"/>
      </w:pPr>
      <w:r>
        <w:rPr>
          <w:rFonts w:ascii="Liberation Mono" w:hAnsi="Liberation Mono"/>
          <w:sz w:val="15"/>
        </w:rPr>
        <w:t>mysql -e 'SELECT VERSION();'</w:t>
        <w:br/>
      </w:r>
      <w:r>
        <w:rPr>
          <w:rFonts w:ascii="Liberation Mono" w:hAnsi="Liberation Mono"/>
          <w:sz w:val="15"/>
        </w:rPr>
        <w:t>+-----------+</w:t>
        <w:br/>
      </w:r>
      <w:r>
        <w:rPr>
          <w:rFonts w:ascii="Liberation Mono" w:hAnsi="Liberation Mono"/>
          <w:sz w:val="15"/>
        </w:rPr>
        <w:t>| VERSION() |</w:t>
        <w:br/>
      </w:r>
      <w:r>
        <w:rPr>
          <w:rFonts w:ascii="Liberation Mono" w:hAnsi="Liberation Mono"/>
          <w:sz w:val="15"/>
        </w:rPr>
        <w:t>+-----------+</w:t>
        <w:br/>
      </w:r>
      <w:r>
        <w:rPr>
          <w:rFonts w:ascii="Liberation Mono" w:hAnsi="Liberation Mono"/>
          <w:sz w:val="15"/>
        </w:rPr>
        <w:t>| 8.0.46    |</w:t>
        <w:br/>
      </w:r>
      <w:r>
        <w:rPr>
          <w:rFonts w:ascii="Liberation Mono" w:hAnsi="Liberation Mono"/>
          <w:sz w:val="15"/>
        </w:rPr>
        <w:t>+-----------+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82"/>
      </w:tblGrid>
      <w:tr>
        <w:tc>
          <w:tcPr>
            <w:tcW w:type="dxa" w:w="10282"/>
            <w:shd w:fill="FFF2CC"/>
          </w:tcPr>
          <w:p>
            <w:r>
              <w:rPr>
                <w:b/>
                <w:sz w:val="20"/>
              </w:rPr>
              <w:t>Developer recommendation</w:t>
              <w:br/>
            </w:r>
            <w:r>
              <w:rPr>
                <w:sz w:val="18"/>
              </w:rPr>
              <w:t>ELevate should inspect dnf versionlock list during --check and flag any source-release locks (for example *.el8.*) on packages it knows must be restored on EL9. MySQL is especially actionable because ELevate already has a dedicated MySQL component and knows its restore target.</w:t>
            </w:r>
          </w:p>
        </w:tc>
      </w:tr>
    </w:tbl>
    <w:p>
      <w:pPr>
        <w:spacing w:after="0"/>
      </w:pPr>
    </w:p>
    <w:p>
      <w:pPr>
        <w:pStyle w:val="Heading1"/>
      </w:pPr>
      <w:r>
        <w:t>11. Later Stage 4 warnings - PECL modules</w:t>
      </w:r>
    </w:p>
    <w:p>
      <w:r>
        <w:t>After MySQL was repaired and ELevate was continued, later Stage 4 components ran. The PECL component emitted warnings rather than fatal errors. These should be treated as post-upgrade validation/remediation rather than as the root cause of the failed distribution conversion.</w:t>
      </w:r>
    </w:p>
    <w:p>
      <w:r>
        <w:rPr>
          <w:b/>
          <w:sz w:val="18"/>
        </w:rPr>
        <w:t>Observed PECL warnings after Stage 4 resumed</w:t>
      </w:r>
    </w:p>
    <w:p>
      <w:pPr>
        <w:pStyle w:val="CodeBlock"/>
        <w:keepLines w:val="0"/>
        <w:spacing w:after="120"/>
      </w:pPr>
      <w:r>
        <w:rPr>
          <w:rFonts w:ascii="Liberation Mono" w:hAnsi="Liberation Mono"/>
          <w:sz w:val="15"/>
        </w:rPr>
        <w:t>WARNING: Missing pecl package(s) for /opt/cpanel/ea-php82/root/usr/bin/pecl</w:t>
        <w:br/>
      </w:r>
      <w:r>
        <w:rPr>
          <w:rFonts w:ascii="Liberation Mono" w:hAnsi="Liberation Mono"/>
          <w:sz w:val="15"/>
        </w:rPr>
        <w:t>Please reinstall these packages:</w:t>
        <w:br/>
      </w:r>
      <w:r>
        <w:rPr>
          <w:rFonts w:ascii="Liberation Mono" w:hAnsi="Liberation Mono"/>
          <w:sz w:val="15"/>
        </w:rPr>
        <w:t>- imagick</w:t>
        <w:br/>
      </w:r>
      <w:r>
        <w:rPr>
          <w:rFonts w:ascii="Liberation Mono" w:hAnsi="Liberation Mono"/>
          <w:sz w:val="15"/>
        </w:rPr>
        <w:t>- redis</w:t>
        <w:br/>
      </w:r>
      <w:r>
        <w:rPr>
          <w:rFonts w:ascii="Liberation Mono" w:hAnsi="Liberation Mono"/>
          <w:sz w:val="15"/>
        </w:rPr>
        <w:br/>
      </w:r>
      <w:r>
        <w:rPr>
          <w:rFonts w:ascii="Liberation Mono" w:hAnsi="Liberation Mono"/>
          <w:sz w:val="15"/>
        </w:rPr>
        <w:t>WARNING: Missing pecl package(s) for /opt/cpanel/ea-php83/root/usr/bin/pecl</w:t>
        <w:br/>
      </w:r>
      <w:r>
        <w:rPr>
          <w:rFonts w:ascii="Liberation Mono" w:hAnsi="Liberation Mono"/>
          <w:sz w:val="15"/>
        </w:rPr>
        <w:t>Please reinstall these packages:</w:t>
        <w:br/>
      </w:r>
      <w:r>
        <w:rPr>
          <w:rFonts w:ascii="Liberation Mono" w:hAnsi="Liberation Mono"/>
          <w:sz w:val="15"/>
        </w:rPr>
        <w:t>- imagick</w:t>
        <w:br/>
      </w:r>
      <w:r>
        <w:rPr>
          <w:rFonts w:ascii="Liberation Mono" w:hAnsi="Liberation Mono"/>
          <w:sz w:val="15"/>
        </w:rPr>
        <w:br/>
      </w:r>
      <w:r>
        <w:rPr>
          <w:rFonts w:ascii="Liberation Mono" w:hAnsi="Liberation Mono"/>
          <w:sz w:val="15"/>
        </w:rPr>
        <w:t>WARNING: Missing pecl package(s) for /opt/cpanel/ea-php84/root/usr/bin/pecl</w:t>
        <w:br/>
      </w:r>
      <w:r>
        <w:rPr>
          <w:rFonts w:ascii="Liberation Mono" w:hAnsi="Liberation Mono"/>
          <w:sz w:val="15"/>
        </w:rPr>
        <w:t>Please reinstall these packages:</w:t>
        <w:br/>
      </w:r>
      <w:r>
        <w:rPr>
          <w:rFonts w:ascii="Liberation Mono" w:hAnsi="Liberation Mono"/>
          <w:sz w:val="15"/>
        </w:rPr>
        <w:t>- imagick</w:t>
      </w:r>
    </w:p>
    <w:p>
      <w:pPr>
        <w:pStyle w:val="Heading1"/>
      </w:pPr>
      <w:r>
        <w:t>12. Recovery How-To for the same failure family</w:t>
      </w:r>
    </w:p>
    <w:p>
      <w:pPr>
        <w:pStyle w:val="Heading2"/>
      </w:pPr>
      <w:r>
        <w:t>12.1 Preflight before /scripts/elevate-cpanel --start</w:t>
      </w:r>
    </w:p>
    <w:p>
      <w:r>
        <w:rPr>
          <w:b/>
          <w:sz w:val="18"/>
        </w:rPr>
        <w:t>Collect source state</w:t>
      </w:r>
    </w:p>
    <w:p>
      <w:pPr>
        <w:pStyle w:val="CodeBlock"/>
        <w:keepLines w:val="0"/>
        <w:spacing w:after="120"/>
      </w:pPr>
      <w:r>
        <w:rPr>
          <w:rFonts w:ascii="Liberation Mono" w:hAnsi="Liberation Mono"/>
          <w:sz w:val="15"/>
        </w:rPr>
        <w:t>/scripts/elevate-cpanel --version</w:t>
        <w:br/>
      </w:r>
      <w:r>
        <w:rPr>
          <w:rFonts w:ascii="Liberation Mono" w:hAnsi="Liberation Mono"/>
          <w:sz w:val="15"/>
        </w:rPr>
        <w:t>/scripts/elevate-cpanel --check</w:t>
        <w:br/>
      </w:r>
      <w:r>
        <w:rPr>
          <w:rFonts w:ascii="Liberation Mono" w:hAnsi="Liberation Mono"/>
          <w:sz w:val="15"/>
        </w:rPr>
        <w:br/>
      </w:r>
      <w:r>
        <w:rPr>
          <w:rFonts w:ascii="Liberation Mono" w:hAnsi="Liberation Mono"/>
          <w:sz w:val="15"/>
        </w:rPr>
        <w:t>cat /etc/dnf/dnf.conf</w:t>
        <w:br/>
      </w:r>
      <w:r>
        <w:rPr>
          <w:rFonts w:ascii="Liberation Mono" w:hAnsi="Liberation Mono"/>
          <w:sz w:val="15"/>
        </w:rPr>
        <w:t>dnf versionlock list</w:t>
        <w:br/>
      </w:r>
      <w:r>
        <w:rPr>
          <w:rFonts w:ascii="Liberation Mono" w:hAnsi="Liberation Mono"/>
          <w:sz w:val="15"/>
        </w:rPr>
        <w:t>grep -nE 'tmpDSK|[[:space:]]/tmp[[:space:]]' /etc/fstab</w:t>
        <w:br/>
      </w:r>
      <w:r>
        <w:rPr>
          <w:rFonts w:ascii="Liberation Mono" w:hAnsi="Liberation Mono"/>
          <w:sz w:val="15"/>
        </w:rPr>
        <w:t>rpm -qa | grep -Ei '^(mysql|mysql-community)' | sort</w:t>
      </w:r>
    </w:p>
    <w:p>
      <w:pPr>
        <w:pStyle w:val="ListBullet"/>
      </w:pPr>
      <w:r>
        <w:t>If filesystem is globally excluded, treat it as a Leapp blocker before target userspace creation.</w:t>
      </w:r>
    </w:p>
    <w:p>
      <w:pPr>
        <w:pStyle w:val="ListBullet"/>
      </w:pPr>
      <w:r>
        <w:t>If mysql-community packages are versionlocked to *.el8.*, remove or migrate those locks before the system crosses to EL9.</w:t>
      </w:r>
    </w:p>
    <w:p>
      <w:pPr>
        <w:pStyle w:val="ListBullet"/>
      </w:pPr>
      <w:r>
        <w:t>If /usr/tmpDSK /tmp exists, flag it as a high-risk Leapp initramfs compatibility case.</w:t>
      </w:r>
    </w:p>
    <w:p>
      <w:pPr>
        <w:pStyle w:val="ListBullet"/>
      </w:pPr>
      <w:r>
        <w:t>Verify Leapp package provenance; cPanel ELevate can reject packages installed from elevate-testing.</w:t>
      </w:r>
    </w:p>
    <w:p>
      <w:pPr>
        <w:pStyle w:val="Heading2"/>
      </w:pPr>
      <w:r>
        <w:t>12.2 If the upgrade boot appears frozen at Probing EDD</w:t>
      </w:r>
    </w:p>
    <w:p>
      <w:r>
        <w:t>Do not assume EDD is the failed subsystem. Edit only the ELevate-Upgrade-Initramfs GRUB entry for a one-time diagnostic boot and ensure tty0 receives output/input. In this incident the useful order was:</w:t>
      </w:r>
    </w:p>
    <w:p>
      <w:pPr>
        <w:pStyle w:val="CodeBlock"/>
        <w:keepLines w:val="0"/>
        <w:spacing w:after="120"/>
      </w:pPr>
      <w:r>
        <w:rPr>
          <w:rFonts w:ascii="Liberation Mono" w:hAnsi="Liberation Mono"/>
          <w:sz w:val="15"/>
        </w:rPr>
        <w:t>console=ttyS0,115200n8 console=tty0</w:t>
      </w:r>
    </w:p>
    <w:p>
      <w:r>
        <w:t>If the boot then reports /usr/tmpDSK: Can't lookup blockdev and Failed to mount /sysroot/tmp, enter the dracut shell and prove the generated unit before changing it:</w:t>
      </w:r>
    </w:p>
    <w:p>
      <w:pPr>
        <w:pStyle w:val="CodeBlock"/>
        <w:keepLines w:val="0"/>
        <w:spacing w:after="120"/>
      </w:pPr>
      <w:r>
        <w:rPr>
          <w:rFonts w:ascii="Liberation Mono" w:hAnsi="Liberation Mono"/>
          <w:sz w:val="15"/>
        </w:rPr>
        <w:t>findmnt /sysroot</w:t>
        <w:br/>
      </w:r>
      <w:r>
        <w:rPr>
          <w:rFonts w:ascii="Liberation Mono" w:hAnsi="Liberation Mono"/>
          <w:sz w:val="15"/>
        </w:rPr>
        <w:t>grep -nE 'tmp|tmpDSK' /sysroot/etc/fstab</w:t>
        <w:br/>
      </w:r>
      <w:r>
        <w:rPr>
          <w:rFonts w:ascii="Liberation Mono" w:hAnsi="Liberation Mono"/>
          <w:sz w:val="15"/>
        </w:rPr>
        <w:t>ls -lh /sysroot/usr/tmpDSK</w:t>
        <w:br/>
      </w:r>
      <w:r>
        <w:rPr>
          <w:rFonts w:ascii="Liberation Mono" w:hAnsi="Liberation Mono"/>
          <w:sz w:val="15"/>
        </w:rPr>
        <w:t>systemctl cat sysroot-tmp.mount</w:t>
        <w:br/>
      </w:r>
      <w:r>
        <w:rPr>
          <w:rFonts w:ascii="Liberation Mono" w:hAnsi="Liberation Mono"/>
          <w:sz w:val="15"/>
        </w:rPr>
        <w:t>systemctl show sysroot-tmp.mount -p FragmentPath -p SourcePath</w:t>
      </w:r>
    </w:p>
    <w:p>
      <w:r>
        <w:t>Only if those commands reproduce the same unit signature should the incident recovery used here be considered:</w:t>
      </w:r>
    </w:p>
    <w:p>
      <w:pPr>
        <w:pStyle w:val="CodeBlock"/>
        <w:keepLines w:val="0"/>
        <w:spacing w:after="120"/>
      </w:pPr>
      <w:r>
        <w:rPr>
          <w:rFonts w:ascii="Liberation Mono" w:hAnsi="Liberation Mono"/>
          <w:sz w:val="15"/>
        </w:rPr>
        <w:t>systemctl stop sysroot-tmp.mount</w:t>
        <w:br/>
      </w:r>
      <w:r>
        <w:rPr>
          <w:rFonts w:ascii="Liberation Mono" w:hAnsi="Liberation Mono"/>
          <w:sz w:val="15"/>
        </w:rPr>
        <w:t>rm -f /usr/lib/systemd/system/sysroot-tmp.mount</w:t>
        <w:br/>
      </w:r>
      <w:r>
        <w:rPr>
          <w:rFonts w:ascii="Liberation Mono" w:hAnsi="Liberation Mono"/>
          <w:sz w:val="15"/>
        </w:rPr>
        <w:t>systemctl daemon-reload</w:t>
        <w:br/>
      </w:r>
      <w:r>
        <w:rPr>
          <w:rFonts w:ascii="Liberation Mono" w:hAnsi="Liberation Mono"/>
          <w:sz w:val="15"/>
        </w:rPr>
        <w:t>systemctl reset-failed</w:t>
        <w:br/>
      </w:r>
      <w:r>
        <w:rPr>
          <w:rFonts w:ascii="Liberation Mono" w:hAnsi="Liberation Mono"/>
          <w:sz w:val="15"/>
        </w:rPr>
        <w:t>systemctl status sysroot-tmp.mount</w:t>
        <w:br/>
      </w:r>
      <w:r>
        <w:rPr>
          <w:rFonts w:ascii="Liberation Mono" w:hAnsi="Liberation Mono"/>
          <w:sz w:val="15"/>
        </w:rPr>
        <w:t>exit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82"/>
      </w:tblGrid>
      <w:tr>
        <w:tc>
          <w:tcPr>
            <w:tcW w:type="dxa" w:w="10282"/>
            <w:shd w:fill="FCE4D6"/>
          </w:tcPr>
          <w:p>
            <w:r>
              <w:rPr>
                <w:b/>
                <w:sz w:val="20"/>
              </w:rPr>
              <w:t>Caution</w:t>
              <w:br/>
            </w:r>
            <w:r>
              <w:rPr>
                <w:sz w:val="18"/>
              </w:rPr>
              <w:t>The command sequence above is appropriate only after confirming the same transient generated unit and the same cPanel file-backed /tmp source. It is not a generic fix for every dracut emergency shell.</w:t>
            </w:r>
          </w:p>
        </w:tc>
      </w:tr>
    </w:tbl>
    <w:p>
      <w:pPr>
        <w:spacing w:after="0"/>
      </w:pPr>
    </w:p>
    <w:p>
      <w:pPr>
        <w:pStyle w:val="Heading2"/>
      </w:pPr>
      <w:r>
        <w:t>12.3 If EL9 boots but ELevate reports Stage 4 failure</w:t>
      </w:r>
    </w:p>
    <w:p>
      <w:pPr>
        <w:pStyle w:val="CodeBlock"/>
        <w:keepLines w:val="0"/>
        <w:spacing w:after="120"/>
      </w:pPr>
      <w:r>
        <w:rPr>
          <w:rFonts w:ascii="Liberation Mono" w:hAnsi="Liberation Mono"/>
          <w:sz w:val="15"/>
        </w:rPr>
        <w:t>/scripts/elevate-cpanel --status</w:t>
        <w:br/>
      </w:r>
      <w:r>
        <w:rPr>
          <w:rFonts w:ascii="Liberation Mono" w:hAnsi="Liberation Mono"/>
          <w:sz w:val="15"/>
        </w:rPr>
        <w:t>tail -n 150 /var/log/elevate-cpanel.log</w:t>
      </w:r>
    </w:p>
    <w:p>
      <w:r>
        <w:t>For MySQL failures, inspect the newest directory under /var/cpanel/logs/mysql_upgrade.* and the unattended_background_upgrade.log. Then inspect package state and versionlocks:</w:t>
      </w:r>
    </w:p>
    <w:p>
      <w:pPr>
        <w:pStyle w:val="CodeBlock"/>
        <w:keepLines w:val="0"/>
        <w:spacing w:after="120"/>
      </w:pPr>
      <w:r>
        <w:rPr>
          <w:rFonts w:ascii="Liberation Mono" w:hAnsi="Liberation Mono"/>
          <w:sz w:val="15"/>
        </w:rPr>
        <w:t>rpm -qa | grep -Ei '^(mysql|mysql-community)' | sort</w:t>
        <w:br/>
      </w:r>
      <w:r>
        <w:rPr>
          <w:rFonts w:ascii="Liberation Mono" w:hAnsi="Liberation Mono"/>
          <w:sz w:val="15"/>
        </w:rPr>
        <w:t>dnf versionlock list</w:t>
      </w:r>
    </w:p>
    <w:p>
      <w:r>
        <w:t>If the exact pattern is EL8-specific mysql-community locks blocking EL9 equivalents, remove only those locks, verify a dry-run transaction resolves, run cPanel's background MySQL upgrade, verify mysqld and SQL connectivity, and then resume ELevate.</w:t>
      </w:r>
    </w:p>
    <w:p>
      <w:pPr>
        <w:pStyle w:val="CodeBlock"/>
        <w:keepLines w:val="0"/>
        <w:spacing w:after="120"/>
      </w:pPr>
      <w:r>
        <w:rPr>
          <w:rFonts w:ascii="Liberation Mono" w:hAnsi="Liberation Mono"/>
          <w:sz w:val="15"/>
        </w:rPr>
        <w:t>dnf versionlock delete 'mysql-community-*'</w:t>
        <w:br/>
      </w:r>
      <w:r>
        <w:rPr>
          <w:rFonts w:ascii="Liberation Mono" w:hAnsi="Liberation Mono"/>
          <w:sz w:val="15"/>
        </w:rPr>
        <w:br/>
      </w:r>
      <w:r>
        <w:rPr>
          <w:rFonts w:ascii="Liberation Mono" w:hAnsi="Liberation Mono"/>
          <w:sz w:val="15"/>
        </w:rPr>
        <w:t># dry-run first with --assumeno, then let cPanel perform the real DB work</w:t>
        <w:br/>
      </w:r>
      <w:r>
        <w:rPr>
          <w:rFonts w:ascii="Liberation Mono" w:hAnsi="Liberation Mono"/>
          <w:sz w:val="15"/>
        </w:rPr>
        <w:t>/usr/local/cpanel/bin/whmapi1 start_background_mysql_upgrade version=8.0</w:t>
        <w:br/>
      </w:r>
      <w:r>
        <w:rPr>
          <w:rFonts w:ascii="Liberation Mono" w:hAnsi="Liberation Mono"/>
          <w:sz w:val="15"/>
        </w:rPr>
        <w:br/>
      </w:r>
      <w:r>
        <w:rPr>
          <w:rFonts w:ascii="Liberation Mono" w:hAnsi="Liberation Mono"/>
          <w:sz w:val="15"/>
        </w:rPr>
        <w:t># after successful DB log/service validation</w:t>
        <w:br/>
      </w:r>
      <w:r>
        <w:rPr>
          <w:rFonts w:ascii="Liberation Mono" w:hAnsi="Liberation Mono"/>
          <w:sz w:val="15"/>
        </w:rPr>
        <w:t>/scripts/elevate-cpanel --continue</w:t>
      </w:r>
    </w:p>
    <w:p>
      <w:pPr>
        <w:pStyle w:val="Heading1"/>
      </w:pPr>
      <w:r>
        <w:t>13. Proposed developer changes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70"/>
        <w:gridCol w:w="2570"/>
        <w:gridCol w:w="2570"/>
        <w:gridCol w:w="2570"/>
      </w:tblGrid>
      <w:tr>
        <w:tc>
          <w:tcPr>
            <w:tcW w:type="dxa" w:w="2570"/>
            <w:shd w:fill="D9EAF7"/>
          </w:tcPr>
          <w:p>
            <w:r/>
            <w:r>
              <w:rPr>
                <w:rFonts w:ascii="Aptos" w:hAnsi="Aptos"/>
                <w:b/>
                <w:sz w:val="16"/>
              </w:rPr>
              <w:t>Area</w:t>
            </w:r>
          </w:p>
        </w:tc>
        <w:tc>
          <w:tcPr>
            <w:tcW w:type="dxa" w:w="2570"/>
            <w:shd w:fill="D9EAF7"/>
          </w:tcPr>
          <w:p>
            <w:r/>
            <w:r>
              <w:rPr>
                <w:rFonts w:ascii="Aptos" w:hAnsi="Aptos"/>
                <w:b/>
                <w:sz w:val="16"/>
              </w:rPr>
              <w:t>Observed failure</w:t>
            </w:r>
          </w:p>
        </w:tc>
        <w:tc>
          <w:tcPr>
            <w:tcW w:type="dxa" w:w="2570"/>
            <w:shd w:fill="D9EAF7"/>
          </w:tcPr>
          <w:p>
            <w:r/>
            <w:r>
              <w:rPr>
                <w:rFonts w:ascii="Aptos" w:hAnsi="Aptos"/>
                <w:b/>
                <w:sz w:val="16"/>
              </w:rPr>
              <w:t>Detection opportunity</w:t>
            </w:r>
          </w:p>
        </w:tc>
        <w:tc>
          <w:tcPr>
            <w:tcW w:type="dxa" w:w="2570"/>
            <w:shd w:fill="D9EAF7"/>
          </w:tcPr>
          <w:p>
            <w:r/>
            <w:r>
              <w:rPr>
                <w:rFonts w:ascii="Aptos" w:hAnsi="Aptos"/>
                <w:b/>
                <w:sz w:val="16"/>
              </w:rPr>
              <w:t>Proposed behavior</w:t>
            </w:r>
          </w:p>
        </w:tc>
      </w:tr>
      <w:tr>
        <w:tc>
          <w:tcPr>
            <w:tcW w:type="dxa" w:w="2570"/>
          </w:tcPr>
          <w:p>
            <w:r/>
            <w:r>
              <w:rPr>
                <w:rFonts w:ascii="Aptos" w:hAnsi="Aptos"/>
                <w:b w:val="0"/>
                <w:sz w:val="15"/>
              </w:rPr>
              <w:t>Leapp/cPanel preflight</w:t>
            </w:r>
          </w:p>
        </w:tc>
        <w:tc>
          <w:tcPr>
            <w:tcW w:type="dxa" w:w="2570"/>
          </w:tcPr>
          <w:p>
            <w:r/>
            <w:r>
              <w:rPr>
                <w:rFonts w:ascii="Aptos" w:hAnsi="Aptos"/>
                <w:b w:val="0"/>
                <w:sz w:val="15"/>
              </w:rPr>
              <w:t>filesystem in global exclude broke target userspace</w:t>
            </w:r>
          </w:p>
        </w:tc>
        <w:tc>
          <w:tcPr>
            <w:tcW w:type="dxa" w:w="2570"/>
          </w:tcPr>
          <w:p>
            <w:r/>
            <w:r>
              <w:rPr>
                <w:rFonts w:ascii="Aptos" w:hAnsi="Aptos"/>
                <w:b w:val="0"/>
                <w:sz w:val="15"/>
              </w:rPr>
              <w:t>Before Stage 3 using actual copied dnf.conf</w:t>
            </w:r>
          </w:p>
        </w:tc>
        <w:tc>
          <w:tcPr>
            <w:tcW w:type="dxa" w:w="2570"/>
          </w:tcPr>
          <w:p>
            <w:r/>
            <w:r>
              <w:rPr>
                <w:rFonts w:ascii="Aptos" w:hAnsi="Aptos"/>
                <w:b w:val="0"/>
                <w:sz w:val="15"/>
              </w:rPr>
              <w:t>Dependency-resolve mandatory target packages; inhibit with exact offending excludes.</w:t>
            </w:r>
          </w:p>
        </w:tc>
      </w:tr>
      <w:tr>
        <w:tc>
          <w:tcPr>
            <w:tcW w:type="dxa" w:w="2570"/>
          </w:tcPr>
          <w:p>
            <w:r/>
            <w:r>
              <w:rPr>
                <w:rFonts w:ascii="Aptos" w:hAnsi="Aptos"/>
                <w:b w:val="0"/>
                <w:sz w:val="15"/>
              </w:rPr>
              <w:t>Leapp mount generation</w:t>
            </w:r>
          </w:p>
        </w:tc>
        <w:tc>
          <w:tcPr>
            <w:tcW w:type="dxa" w:w="2570"/>
          </w:tcPr>
          <w:p>
            <w:r/>
            <w:r>
              <w:rPr>
                <w:rFonts w:ascii="Aptos" w:hAnsi="Aptos"/>
                <w:b w:val="0"/>
                <w:sz w:val="15"/>
              </w:rPr>
              <w:t>/usr/tmpDSK /tmp defaults,noauto became required sysroot-tmp.mount</w:t>
            </w:r>
          </w:p>
        </w:tc>
        <w:tc>
          <w:tcPr>
            <w:tcW w:type="dxa" w:w="2570"/>
          </w:tcPr>
          <w:p>
            <w:r/>
            <w:r>
              <w:rPr>
                <w:rFonts w:ascii="Aptos" w:hAnsi="Aptos"/>
                <w:b w:val="0"/>
                <w:sz w:val="15"/>
              </w:rPr>
              <w:t>Before upgrade initramfs generation</w:t>
            </w:r>
          </w:p>
        </w:tc>
        <w:tc>
          <w:tcPr>
            <w:tcW w:type="dxa" w:w="2570"/>
          </w:tcPr>
          <w:p>
            <w:r/>
            <w:r>
              <w:rPr>
                <w:rFonts w:ascii="Aptos" w:hAnsi="Aptos"/>
                <w:b w:val="0"/>
                <w:sz w:val="15"/>
              </w:rPr>
              <w:t>Recognize file-backed/loop mounts; honor noauto or suppress unsupported real-root mount units.</w:t>
            </w:r>
          </w:p>
        </w:tc>
      </w:tr>
      <w:tr>
        <w:tc>
          <w:tcPr>
            <w:tcW w:type="dxa" w:w="2570"/>
          </w:tcPr>
          <w:p>
            <w:r/>
            <w:r>
              <w:rPr>
                <w:rFonts w:ascii="Aptos" w:hAnsi="Aptos"/>
                <w:b w:val="0"/>
                <w:sz w:val="15"/>
              </w:rPr>
              <w:t>cPanel securetmp integration</w:t>
            </w:r>
          </w:p>
        </w:tc>
        <w:tc>
          <w:tcPr>
            <w:tcW w:type="dxa" w:w="2570"/>
          </w:tcPr>
          <w:p>
            <w:r/>
            <w:r>
              <w:rPr>
                <w:rFonts w:ascii="Aptos" w:hAnsi="Aptos"/>
                <w:b w:val="0"/>
                <w:sz w:val="15"/>
              </w:rPr>
              <w:t>cPanel-specific secure /tmp was incompatible with upgrade initramfs</w:t>
            </w:r>
          </w:p>
        </w:tc>
        <w:tc>
          <w:tcPr>
            <w:tcW w:type="dxa" w:w="2570"/>
          </w:tcPr>
          <w:p>
            <w:r/>
            <w:r>
              <w:rPr>
                <w:rFonts w:ascii="Aptos" w:hAnsi="Aptos"/>
                <w:b w:val="0"/>
                <w:sz w:val="15"/>
              </w:rPr>
              <w:t>ELevate knows it is a cPanel host</w:t>
            </w:r>
          </w:p>
        </w:tc>
        <w:tc>
          <w:tcPr>
            <w:tcW w:type="dxa" w:w="2570"/>
          </w:tcPr>
          <w:p>
            <w:r/>
            <w:r>
              <w:rPr>
                <w:rFonts w:ascii="Aptos" w:hAnsi="Aptos"/>
                <w:b w:val="0"/>
                <w:sz w:val="15"/>
              </w:rPr>
              <w:t>Temporarily disable/sanitize securetmp fstab entry before Leapp initramfs generation; restore after upgrade.</w:t>
            </w:r>
          </w:p>
        </w:tc>
      </w:tr>
      <w:tr>
        <w:tc>
          <w:tcPr>
            <w:tcW w:type="dxa" w:w="2570"/>
          </w:tcPr>
          <w:p>
            <w:r/>
            <w:r>
              <w:rPr>
                <w:rFonts w:ascii="Aptos" w:hAnsi="Aptos"/>
                <w:b w:val="0"/>
                <w:sz w:val="15"/>
              </w:rPr>
              <w:t>MySQL restore</w:t>
            </w:r>
          </w:p>
        </w:tc>
        <w:tc>
          <w:tcPr>
            <w:tcW w:type="dxa" w:w="2570"/>
          </w:tcPr>
          <w:p>
            <w:r/>
            <w:r>
              <w:rPr>
                <w:rFonts w:ascii="Aptos" w:hAnsi="Aptos"/>
                <w:b w:val="0"/>
                <w:sz w:val="15"/>
              </w:rPr>
              <w:t>*.el8.* versionlocks filtered EL9 RPMs in Stage 4</w:t>
            </w:r>
          </w:p>
        </w:tc>
        <w:tc>
          <w:tcPr>
            <w:tcW w:type="dxa" w:w="2570"/>
          </w:tcPr>
          <w:p>
            <w:r/>
            <w:r>
              <w:rPr>
                <w:rFonts w:ascii="Aptos" w:hAnsi="Aptos"/>
                <w:b w:val="0"/>
                <w:sz w:val="15"/>
              </w:rPr>
              <w:t>During --check, before first reboot</w:t>
            </w:r>
          </w:p>
        </w:tc>
        <w:tc>
          <w:tcPr>
            <w:tcW w:type="dxa" w:w="2570"/>
          </w:tcPr>
          <w:p>
            <w:r/>
            <w:r>
              <w:rPr>
                <w:rFonts w:ascii="Aptos" w:hAnsi="Aptos"/>
                <w:b w:val="0"/>
                <w:sz w:val="15"/>
              </w:rPr>
              <w:t>Inspect versionlocks and block/migrate source-release locks for packages ELevate will restore.</w:t>
            </w:r>
          </w:p>
        </w:tc>
      </w:tr>
      <w:tr>
        <w:tc>
          <w:tcPr>
            <w:tcW w:type="dxa" w:w="2570"/>
          </w:tcPr>
          <w:p>
            <w:r/>
            <w:r>
              <w:rPr>
                <w:rFonts w:ascii="Aptos" w:hAnsi="Aptos"/>
                <w:b w:val="0"/>
                <w:sz w:val="15"/>
              </w:rPr>
              <w:t>Cloud console</w:t>
            </w:r>
          </w:p>
        </w:tc>
        <w:tc>
          <w:tcPr>
            <w:tcW w:type="dxa" w:w="2570"/>
          </w:tcPr>
          <w:p>
            <w:r/>
            <w:r>
              <w:rPr>
                <w:rFonts w:ascii="Aptos" w:hAnsi="Aptos"/>
                <w:b w:val="0"/>
                <w:sz w:val="15"/>
              </w:rPr>
              <w:t>ttyS0-only behavior obscured real dracut failure</w:t>
            </w:r>
          </w:p>
        </w:tc>
        <w:tc>
          <w:tcPr>
            <w:tcW w:type="dxa" w:w="2570"/>
          </w:tcPr>
          <w:p>
            <w:r/>
            <w:r>
              <w:rPr>
                <w:rFonts w:ascii="Aptos" w:hAnsi="Aptos"/>
                <w:b w:val="0"/>
                <w:sz w:val="15"/>
              </w:rPr>
              <w:t>When building temporary upgrade boot entry</w:t>
            </w:r>
          </w:p>
        </w:tc>
        <w:tc>
          <w:tcPr>
            <w:tcW w:type="dxa" w:w="2570"/>
          </w:tcPr>
          <w:p>
            <w:r/>
            <w:r>
              <w:rPr>
                <w:rFonts w:ascii="Aptos" w:hAnsi="Aptos"/>
                <w:b w:val="0"/>
                <w:sz w:val="15"/>
              </w:rPr>
              <w:t>Preserve provider-compatible VGA output or document tty0 diagnostic procedure.</w:t>
            </w:r>
          </w:p>
        </w:tc>
      </w:tr>
      <w:tr>
        <w:tc>
          <w:tcPr>
            <w:tcW w:type="dxa" w:w="2570"/>
          </w:tcPr>
          <w:p>
            <w:r/>
            <w:r>
              <w:rPr>
                <w:rFonts w:ascii="Aptos" w:hAnsi="Aptos"/>
                <w:b w:val="0"/>
                <w:sz w:val="15"/>
              </w:rPr>
              <w:t>Unsupported repo provenance</w:t>
            </w:r>
          </w:p>
        </w:tc>
        <w:tc>
          <w:tcPr>
            <w:tcW w:type="dxa" w:w="2570"/>
          </w:tcPr>
          <w:p>
            <w:r/>
            <w:r>
              <w:rPr>
                <w:rFonts w:ascii="Aptos" w:hAnsi="Aptos"/>
                <w:b w:val="0"/>
                <w:sz w:val="15"/>
              </w:rPr>
              <w:t>elevate-testing packages blocked although supported repo had same NEVRA</w:t>
            </w:r>
          </w:p>
        </w:tc>
        <w:tc>
          <w:tcPr>
            <w:tcW w:type="dxa" w:w="2570"/>
          </w:tcPr>
          <w:p>
            <w:r/>
            <w:r>
              <w:rPr>
                <w:rFonts w:ascii="Aptos" w:hAnsi="Aptos"/>
                <w:b w:val="0"/>
                <w:sz w:val="15"/>
              </w:rPr>
              <w:t>During --check</w:t>
            </w:r>
          </w:p>
        </w:tc>
        <w:tc>
          <w:tcPr>
            <w:tcW w:type="dxa" w:w="2570"/>
          </w:tcPr>
          <w:p>
            <w:r/>
            <w:r>
              <w:rPr>
                <w:rFonts w:ascii="Aptos" w:hAnsi="Aptos"/>
                <w:b w:val="0"/>
                <w:sz w:val="15"/>
              </w:rPr>
              <w:t>List exact packages and provide provenance-reinstall remediation when same NEVRA exists in stable repo.</w:t>
            </w:r>
          </w:p>
        </w:tc>
      </w:tr>
    </w:tbl>
    <w:p>
      <w:pPr>
        <w:pStyle w:val="Heading1"/>
      </w:pPr>
      <w:r>
        <w:t>14. Failure chain</w:t>
      </w:r>
    </w:p>
    <w:p>
      <w:pPr>
        <w:pStyle w:val="CodeBlock"/>
        <w:keepLines w:val="0"/>
        <w:spacing w:after="120"/>
      </w:pPr>
      <w:r>
        <w:rPr>
          <w:rFonts w:ascii="Liberation Mono" w:hAnsi="Liberation Mono"/>
          <w:sz w:val="15"/>
        </w:rPr>
        <w:t>AlmaLinux 8.10 + cPanel</w:t>
        <w:br/>
      </w:r>
      <w:r>
        <w:rPr>
          <w:rFonts w:ascii="Liberation Mono" w:hAnsi="Liberation Mono"/>
          <w:sz w:val="15"/>
        </w:rPr>
        <w:t xml:space="preserve">        |</w:t>
        <w:br/>
      </w:r>
      <w:r>
        <w:rPr>
          <w:rFonts w:ascii="Liberation Mono" w:hAnsi="Liberation Mono"/>
          <w:sz w:val="15"/>
        </w:rPr>
        <w:t xml:space="preserve">        | global DNF exclude contained filesystem</w:t>
        <w:br/>
      </w:r>
      <w:r>
        <w:rPr>
          <w:rFonts w:ascii="Liberation Mono" w:hAnsi="Liberation Mono"/>
          <w:sz w:val="15"/>
        </w:rPr>
        <w:t xml:space="preserve">        v</w:t>
        <w:br/>
      </w:r>
      <w:r>
        <w:rPr>
          <w:rFonts w:ascii="Liberation Mono" w:hAnsi="Liberation Mono"/>
          <w:sz w:val="15"/>
        </w:rPr>
        <w:t>Leapp target_userspace_creator failed</w:t>
        <w:br/>
      </w:r>
      <w:r>
        <w:rPr>
          <w:rFonts w:ascii="Liberation Mono" w:hAnsi="Liberation Mono"/>
          <w:sz w:val="15"/>
        </w:rPr>
        <w:t xml:space="preserve">        |</w:t>
        <w:br/>
      </w:r>
      <w:r>
        <w:rPr>
          <w:rFonts w:ascii="Liberation Mono" w:hAnsi="Liberation Mono"/>
          <w:sz w:val="15"/>
        </w:rPr>
        <w:t xml:space="preserve">        | remove only filesystem exclusion</w:t>
        <w:br/>
      </w:r>
      <w:r>
        <w:rPr>
          <w:rFonts w:ascii="Liberation Mono" w:hAnsi="Liberation Mono"/>
          <w:sz w:val="15"/>
        </w:rPr>
        <w:t xml:space="preserve">        v</w:t>
        <w:br/>
      </w:r>
      <w:r>
        <w:rPr>
          <w:rFonts w:ascii="Liberation Mono" w:hAnsi="Liberation Mono"/>
          <w:sz w:val="15"/>
        </w:rPr>
        <w:t>Target userspace + transaction test succeeded</w:t>
        <w:br/>
      </w:r>
      <w:r>
        <w:rPr>
          <w:rFonts w:ascii="Liberation Mono" w:hAnsi="Liberation Mono"/>
          <w:sz w:val="15"/>
        </w:rPr>
        <w:t xml:space="preserve">        |</w:t>
        <w:br/>
      </w:r>
      <w:r>
        <w:rPr>
          <w:rFonts w:ascii="Liberation Mono" w:hAnsi="Liberation Mono"/>
          <w:sz w:val="15"/>
        </w:rPr>
        <w:t xml:space="preserve">        | Leapp generated ELevate-Upgrade-Initramfs</w:t>
        <w:br/>
      </w:r>
      <w:r>
        <w:rPr>
          <w:rFonts w:ascii="Liberation Mono" w:hAnsi="Liberation Mono"/>
          <w:sz w:val="15"/>
        </w:rPr>
        <w:t xml:space="preserve">        v</w:t>
        <w:br/>
      </w:r>
      <w:r>
        <w:rPr>
          <w:rFonts w:ascii="Liberation Mono" w:hAnsi="Liberation Mono"/>
          <w:sz w:val="15"/>
        </w:rPr>
        <w:t>Console appeared frozen at "Probing EDD ... ok"</w:t>
        <w:br/>
      </w:r>
      <w:r>
        <w:rPr>
          <w:rFonts w:ascii="Liberation Mono" w:hAnsi="Liberation Mono"/>
          <w:sz w:val="15"/>
        </w:rPr>
        <w:t xml:space="preserve">        |</w:t>
        <w:br/>
      </w:r>
      <w:r>
        <w:rPr>
          <w:rFonts w:ascii="Liberation Mono" w:hAnsi="Liberation Mono"/>
          <w:sz w:val="15"/>
        </w:rPr>
        <w:t xml:space="preserve">        | expose tty0 console</w:t>
        <w:br/>
      </w:r>
      <w:r>
        <w:rPr>
          <w:rFonts w:ascii="Liberation Mono" w:hAnsi="Liberation Mono"/>
          <w:sz w:val="15"/>
        </w:rPr>
        <w:t xml:space="preserve">        v</w:t>
        <w:br/>
      </w:r>
      <w:r>
        <w:rPr>
          <w:rFonts w:ascii="Liberation Mono" w:hAnsi="Liberation Mono"/>
          <w:sz w:val="15"/>
        </w:rPr>
        <w:t>REAL ERROR: /usr/tmpDSK: Can't lookup blockdev</w:t>
        <w:br/>
      </w:r>
      <w:r>
        <w:rPr>
          <w:rFonts w:ascii="Liberation Mono" w:hAnsi="Liberation Mono"/>
          <w:sz w:val="15"/>
        </w:rPr>
        <w:t xml:space="preserve">            Failed to mount /sysroot/tmp</w:t>
        <w:br/>
      </w:r>
      <w:r>
        <w:rPr>
          <w:rFonts w:ascii="Liberation Mono" w:hAnsi="Liberation Mono"/>
          <w:sz w:val="15"/>
        </w:rPr>
        <w:t xml:space="preserve">        |</w:t>
        <w:br/>
      </w:r>
      <w:r>
        <w:rPr>
          <w:rFonts w:ascii="Liberation Mono" w:hAnsi="Liberation Mono"/>
          <w:sz w:val="15"/>
        </w:rPr>
        <w:t xml:space="preserve">        | systemd-fstab-generator created sysroot-tmp.mount</w:t>
        <w:br/>
      </w:r>
      <w:r>
        <w:rPr>
          <w:rFonts w:ascii="Liberation Mono" w:hAnsi="Liberation Mono"/>
          <w:sz w:val="15"/>
        </w:rPr>
        <w:t xml:space="preserve">        | What=/usr/tmpDSK  Where=/sysroot/tmp</w:t>
        <w:br/>
      </w:r>
      <w:r>
        <w:rPr>
          <w:rFonts w:ascii="Liberation Mono" w:hAnsi="Liberation Mono"/>
          <w:sz w:val="15"/>
        </w:rPr>
        <w:t xml:space="preserve">        v</w:t>
        <w:br/>
      </w:r>
      <w:r>
        <w:rPr>
          <w:rFonts w:ascii="Liberation Mono" w:hAnsi="Liberation Mono"/>
          <w:sz w:val="15"/>
        </w:rPr>
        <w:t>Remove transient generated mount unit</w:t>
        <w:br/>
      </w:r>
      <w:r>
        <w:rPr>
          <w:rFonts w:ascii="Liberation Mono" w:hAnsi="Liberation Mono"/>
          <w:sz w:val="15"/>
        </w:rPr>
        <w:t xml:space="preserve">        |</w:t>
        <w:br/>
      </w:r>
      <w:r>
        <w:rPr>
          <w:rFonts w:ascii="Liberation Mono" w:hAnsi="Liberation Mono"/>
          <w:sz w:val="15"/>
        </w:rPr>
        <w:t xml:space="preserve">        v</w:t>
        <w:br/>
      </w:r>
      <w:r>
        <w:rPr>
          <w:rFonts w:ascii="Liberation Mono" w:hAnsi="Liberation Mono"/>
          <w:sz w:val="15"/>
        </w:rPr>
        <w:t>Offline Leapp transaction succeeded</w:t>
        <w:br/>
      </w:r>
      <w:r>
        <w:rPr>
          <w:rFonts w:ascii="Liberation Mono" w:hAnsi="Liberation Mono"/>
          <w:sz w:val="15"/>
        </w:rPr>
        <w:t xml:space="preserve">        |</w:t>
        <w:br/>
      </w:r>
      <w:r>
        <w:rPr>
          <w:rFonts w:ascii="Liberation Mono" w:hAnsi="Liberation Mono"/>
          <w:sz w:val="15"/>
        </w:rPr>
        <w:t xml:space="preserve">        v</w:t>
        <w:br/>
      </w:r>
      <w:r>
        <w:rPr>
          <w:rFonts w:ascii="Liberation Mono" w:hAnsi="Liberation Mono"/>
          <w:sz w:val="15"/>
        </w:rPr>
        <w:t>AlmaLinux 9.8 booted</w:t>
        <w:br/>
      </w:r>
      <w:r>
        <w:rPr>
          <w:rFonts w:ascii="Liberation Mono" w:hAnsi="Liberation Mono"/>
          <w:sz w:val="15"/>
        </w:rPr>
        <w:t xml:space="preserve">        |</w:t>
        <w:br/>
      </w:r>
      <w:r>
        <w:rPr>
          <w:rFonts w:ascii="Liberation Mono" w:hAnsi="Liberation Mono"/>
          <w:sz w:val="15"/>
        </w:rPr>
        <w:t xml:space="preserve">        | ELevate Stage 4 failed restoring MySQL</w:t>
        <w:br/>
      </w:r>
      <w:r>
        <w:rPr>
          <w:rFonts w:ascii="Liberation Mono" w:hAnsi="Liberation Mono"/>
          <w:sz w:val="15"/>
        </w:rPr>
        <w:t xml:space="preserve">        v</w:t>
        <w:br/>
      </w:r>
      <w:r>
        <w:rPr>
          <w:rFonts w:ascii="Liberation Mono" w:hAnsi="Liberation Mono"/>
          <w:sz w:val="15"/>
        </w:rPr>
        <w:t>EL8 mysql-community versionlocks filtered EL9 RPMs</w:t>
        <w:br/>
      </w:r>
      <w:r>
        <w:rPr>
          <w:rFonts w:ascii="Liberation Mono" w:hAnsi="Liberation Mono"/>
          <w:sz w:val="15"/>
        </w:rPr>
        <w:t xml:space="preserve">        |</w:t>
        <w:br/>
      </w:r>
      <w:r>
        <w:rPr>
          <w:rFonts w:ascii="Liberation Mono" w:hAnsi="Liberation Mono"/>
          <w:sz w:val="15"/>
        </w:rPr>
        <w:t xml:space="preserve">        | remove MySQL versionlocks, verify dry run</w:t>
        <w:br/>
      </w:r>
      <w:r>
        <w:rPr>
          <w:rFonts w:ascii="Liberation Mono" w:hAnsi="Liberation Mono"/>
          <w:sz w:val="15"/>
        </w:rPr>
        <w:t xml:space="preserve">        v</w:t>
        <w:br/>
      </w:r>
      <w:r>
        <w:rPr>
          <w:rFonts w:ascii="Liberation Mono" w:hAnsi="Liberation Mono"/>
          <w:sz w:val="15"/>
        </w:rPr>
        <w:t>cPanel MySQL upgrade completed successfully</w:t>
        <w:br/>
      </w:r>
      <w:r>
        <w:rPr>
          <w:rFonts w:ascii="Liberation Mono" w:hAnsi="Liberation Mono"/>
          <w:sz w:val="15"/>
        </w:rPr>
        <w:t xml:space="preserve">        |</w:t>
        <w:br/>
      </w:r>
      <w:r>
        <w:rPr>
          <w:rFonts w:ascii="Liberation Mono" w:hAnsi="Liberation Mono"/>
          <w:sz w:val="15"/>
        </w:rPr>
        <w:t xml:space="preserve">        v</w:t>
        <w:br/>
      </w:r>
      <w:r>
        <w:rPr>
          <w:rFonts w:ascii="Liberation Mono" w:hAnsi="Liberation Mono"/>
          <w:sz w:val="15"/>
        </w:rPr>
        <w:t>/scripts/elevate-cpanel --continue</w:t>
        <w:br/>
      </w:r>
      <w:r>
        <w:rPr>
          <w:rFonts w:ascii="Liberation Mono" w:hAnsi="Liberation Mono"/>
          <w:sz w:val="15"/>
        </w:rPr>
        <w:t xml:space="preserve">        |</w:t>
        <w:br/>
      </w:r>
      <w:r>
        <w:rPr>
          <w:rFonts w:ascii="Liberation Mono" w:hAnsi="Liberation Mono"/>
          <w:sz w:val="15"/>
        </w:rPr>
        <w:t xml:space="preserve">        v</w:t>
        <w:br/>
      </w:r>
      <w:r>
        <w:rPr>
          <w:rFonts w:ascii="Liberation Mono" w:hAnsi="Liberation Mono"/>
          <w:sz w:val="15"/>
        </w:rPr>
        <w:t>Later post-upgrade cleanup (including PECL warnings)</w:t>
      </w:r>
    </w:p>
    <w:p>
      <w:r>
        <w:br w:type="page"/>
      </w:r>
    </w:p>
    <w:p>
      <w:pPr>
        <w:pStyle w:val="Heading1"/>
      </w:pPr>
      <w:r>
        <w:t>Appendix A - Expanded log evidence</w:t>
      </w:r>
    </w:p>
    <w:p>
      <w:r>
        <w:t>The sections below intentionally expand the previously referenced "pasted text" into direct excerpts so this PDF can stand alone when sent to cPanel/Leapp developers.</w:t>
      </w:r>
    </w:p>
    <w:p>
      <w:pPr>
        <w:pStyle w:val="Heading2"/>
      </w:pPr>
      <w:r>
        <w:t>A.1 Unsupported elevate-testing repository blocker</w:t>
      </w:r>
    </w:p>
    <w:p>
      <w:pPr>
        <w:pStyle w:val="CodeBlock"/>
        <w:keepLines w:val="0"/>
        <w:spacing w:after="120"/>
      </w:pPr>
      <w:r>
        <w:rPr>
          <w:rFonts w:ascii="Liberation Mono" w:hAnsi="Liberation Mono"/>
          <w:sz w:val="15"/>
        </w:rPr>
        <w:t>2026-09-04 07:38:03 [INFO] Self-update of script version 83 requested.</w:t>
        <w:br/>
      </w:r>
      <w:r>
        <w:rPr>
          <w:rFonts w:ascii="Liberation Mono" w:hAnsi="Liberation Mono"/>
          <w:sz w:val="15"/>
        </w:rPr>
        <w:t>2026-09-04 07:38:03 [INFO] Script is up to date.</w:t>
        <w:br/>
      </w:r>
      <w:r>
        <w:rPr>
          <w:rFonts w:ascii="Liberation Mono" w:hAnsi="Liberation Mono"/>
          <w:sz w:val="15"/>
        </w:rPr>
        <w:t>2026-09-04 07:38:04 [INFO] Running: /usr/local/cpanel/scripts/check_cpanel_pkgs --list-only</w:t>
        <w:br/>
      </w:r>
      <w:r>
        <w:rPr>
          <w:rFonts w:ascii="Liberation Mono" w:hAnsi="Liberation Mono"/>
          <w:sz w:val="15"/>
        </w:rPr>
        <w:t>2026-09-04 07:38:37 [INFO] Running: /usr/bin/dnf list extras</w:t>
        <w:br/>
      </w:r>
      <w:r>
        <w:rPr>
          <w:rFonts w:ascii="Liberation Mono" w:hAnsi="Liberation Mono"/>
          <w:sz w:val="15"/>
        </w:rPr>
        <w:t>2026-09-04 07:38:43 [INFO] Unsupported YUM repo enabled 'csm' without packages installed from /etc/yum.repos.d/csm.repo, these will be disabled before ELevation</w:t>
        <w:br/>
      </w:r>
      <w:r>
        <w:rPr>
          <w:rFonts w:ascii="Liberation Mono" w:hAnsi="Liberation Mono"/>
          <w:sz w:val="15"/>
        </w:rPr>
        <w:t>2026-09-04 07:38:43 [ERROR] 6 package(s) installed from unsupported YUM repo 'elevate-testing' from /etc/yum.repos.d/elevate-testing.repo</w:t>
        <w:br/>
      </w:r>
      <w:r>
        <w:rPr>
          <w:rFonts w:ascii="Liberation Mono" w:hAnsi="Liberation Mono"/>
          <w:sz w:val="15"/>
        </w:rPr>
        <w:t>2026-09-04 07:38:43 [INFO] Running: /usr/bin/dnf makecache</w:t>
        <w:br/>
      </w:r>
      <w:r>
        <w:rPr>
          <w:rFonts w:ascii="Liberation Mono" w:hAnsi="Liberation Mono"/>
          <w:sz w:val="15"/>
        </w:rPr>
        <w:t>2026-09-04 07:38:44 [INFO] ELevate Testing                                  20 kB/s | 3.0 kB</w:t>
        <w:br/>
      </w:r>
      <w:r>
        <w:rPr>
          <w:rFonts w:ascii="Liberation Mono" w:hAnsi="Liberation Mono"/>
          <w:sz w:val="15"/>
        </w:rPr>
        <w:t>2026-09-04 07:38:44 [INFO] EA4 ( EasyApache 4 - c8 )                       4.8 kB/s | 2.9 kB</w:t>
        <w:br/>
      </w:r>
      <w:r>
        <w:rPr>
          <w:rFonts w:ascii="Liberation Mono" w:hAnsi="Liberation Mono"/>
          <w:sz w:val="15"/>
        </w:rPr>
        <w:t>2026-09-04 07:38:45 [INFO] cPanel Plugins project                          4.7 kB/s | 2.9 kB</w:t>
        <w:br/>
      </w:r>
      <w:r>
        <w:rPr>
          <w:rFonts w:ascii="Liberation Mono" w:hAnsi="Liberation Mono"/>
          <w:sz w:val="15"/>
        </w:rPr>
        <w:t>2026-09-04 07:38:45 [INFO] AlmaLinux 8 - BaseOS                             17 kB/s | 3.8 kB</w:t>
        <w:br/>
      </w:r>
      <w:r>
        <w:rPr>
          <w:rFonts w:ascii="Liberation Mono" w:hAnsi="Liberation Mono"/>
          <w:sz w:val="15"/>
        </w:rPr>
        <w:t>2026-09-04 07:38:46 [INFO] AlmaLinux 8 - AppStream                          19 kB/s | 4.3 kB</w:t>
      </w:r>
    </w:p>
    <w:p>
      <w:pPr>
        <w:pStyle w:val="Heading2"/>
      </w:pPr>
      <w:r>
        <w:t>A.2 Successful target userspace creation and transaction</w:t>
      </w:r>
    </w:p>
    <w:p>
      <w:pPr>
        <w:pStyle w:val="CodeBlock"/>
        <w:keepLines w:val="0"/>
        <w:spacing w:after="120"/>
      </w:pPr>
      <w:r>
        <w:rPr>
          <w:rFonts w:ascii="Liberation Mono" w:hAnsi="Liberation Mono"/>
          <w:sz w:val="15"/>
        </w:rPr>
        <w:t>2026-09-06 03:23:16 [INFO] ==&gt; Processing phase `TargetTransactionFactsCollection`</w:t>
        <w:br/>
      </w:r>
      <w:r>
        <w:rPr>
          <w:rFonts w:ascii="Liberation Mono" w:hAnsi="Liberation Mono"/>
          <w:sz w:val="15"/>
        </w:rPr>
        <w:t>2026-09-06 03:23:16 [INFO] ====&gt; * create_iso_repofile</w:t>
        <w:br/>
      </w:r>
      <w:r>
        <w:rPr>
          <w:rFonts w:ascii="Liberation Mono" w:hAnsi="Liberation Mono"/>
          <w:sz w:val="15"/>
        </w:rPr>
        <w:t>2026-09-06 03:23:16 [INFO] ====&gt; * target_userspace_creator</w:t>
        <w:br/>
      </w:r>
      <w:r>
        <w:rPr>
          <w:rFonts w:ascii="Liberation Mono" w:hAnsi="Liberation Mono"/>
          <w:sz w:val="15"/>
        </w:rPr>
        <w:t>2026-09-06 03:23:16 [INFO]         Initializes a directory to be populated as a minimal environment to run binaries from the target system.</w:t>
        <w:br/>
      </w:r>
      <w:r>
        <w:rPr>
          <w:rFonts w:ascii="Liberation Mono" w:hAnsi="Liberation Mono"/>
          <w:sz w:val="15"/>
        </w:rPr>
        <w:t>2026-09-06 03:23:22 [INFO] Extra Packages for Enterprise Linux 9 - x86_64</w:t>
        <w:br/>
      </w:r>
      <w:r>
        <w:rPr>
          <w:rFonts w:ascii="Liberation Mono" w:hAnsi="Liberation Mono"/>
          <w:sz w:val="15"/>
        </w:rPr>
        <w:t>2026-09-06 03:23:35 [INFO] AlmaLinux 9.8 - BaseOS</w:t>
        <w:br/>
      </w:r>
      <w:r>
        <w:rPr>
          <w:rFonts w:ascii="Liberation Mono" w:hAnsi="Liberation Mono"/>
          <w:sz w:val="15"/>
        </w:rPr>
        <w:t>2026-09-06 03:23:44 [INFO] AlmaLinux 9.8 - AppStream</w:t>
        <w:br/>
      </w:r>
      <w:r>
        <w:rPr>
          <w:rFonts w:ascii="Liberation Mono" w:hAnsi="Liberation Mono"/>
          <w:sz w:val="15"/>
        </w:rPr>
        <w:t>2026-09-06 03:23:53 [INFO] AlmaLinux 9.8 - CRB</w:t>
        <w:br/>
      </w:r>
      <w:r>
        <w:rPr>
          <w:rFonts w:ascii="Liberation Mono" w:hAnsi="Liberation Mono"/>
          <w:sz w:val="15"/>
        </w:rPr>
        <w:t>2026-09-06 03:24:21 [INFO] Dependencies resolved.</w:t>
        <w:br/>
      </w:r>
      <w:r>
        <w:rPr>
          <w:rFonts w:ascii="Liberation Mono" w:hAnsi="Liberation Mono"/>
          <w:sz w:val="15"/>
        </w:rPr>
        <w:t>...</w:t>
        <w:br/>
      </w:r>
      <w:r>
        <w:rPr>
          <w:rFonts w:ascii="Liberation Mono" w:hAnsi="Liberation Mono"/>
          <w:sz w:val="15"/>
        </w:rPr>
        <w:t>2026-09-06 03:24:21 [INFO] filesystem x86_64 3.16-5.el9 almalinux9-baseos 1.1 M</w:t>
        <w:br/>
      </w:r>
      <w:r>
        <w:rPr>
          <w:rFonts w:ascii="Liberation Mono" w:hAnsi="Liberation Mono"/>
          <w:sz w:val="15"/>
        </w:rPr>
        <w:t>...</w:t>
        <w:br/>
      </w:r>
      <w:r>
        <w:rPr>
          <w:rFonts w:ascii="Liberation Mono" w:hAnsi="Liberation Mono"/>
          <w:sz w:val="15"/>
        </w:rPr>
        <w:t>2026-09-06 03:24:42 [INFO] Running transaction test</w:t>
        <w:br/>
      </w:r>
      <w:r>
        <w:rPr>
          <w:rFonts w:ascii="Liberation Mono" w:hAnsi="Liberation Mono"/>
          <w:sz w:val="15"/>
        </w:rPr>
        <w:t>2026-09-06 03:24:43 [INFO] Transaction test succeeded.</w:t>
        <w:br/>
      </w:r>
      <w:r>
        <w:rPr>
          <w:rFonts w:ascii="Liberation Mono" w:hAnsi="Liberation Mono"/>
          <w:sz w:val="15"/>
        </w:rPr>
        <w:t>2026-09-06 03:24:43 [INFO] Running transaction</w:t>
        <w:br/>
      </w:r>
      <w:r>
        <w:rPr>
          <w:rFonts w:ascii="Liberation Mono" w:hAnsi="Liberation Mono"/>
          <w:sz w:val="15"/>
        </w:rPr>
        <w:t>2026-09-06 03:24:44 [INFO] Running scriptlet: filesystem-3.16-5.el9.x86_64</w:t>
      </w:r>
    </w:p>
    <w:p>
      <w:pPr>
        <w:pStyle w:val="Heading2"/>
      </w:pPr>
      <w:r>
        <w:t>A.3 Transition into upgrade initramfs generation</w:t>
      </w:r>
    </w:p>
    <w:p>
      <w:pPr>
        <w:pStyle w:val="CodeBlock"/>
        <w:keepLines w:val="0"/>
        <w:spacing w:after="120"/>
      </w:pPr>
      <w:r>
        <w:rPr>
          <w:rFonts w:ascii="Liberation Mono" w:hAnsi="Liberation Mono"/>
          <w:sz w:val="15"/>
        </w:rPr>
        <w:t>2026-09-06 03:25:54 [INFO] Transaction Summary</w:t>
        <w:br/>
      </w:r>
      <w:r>
        <w:rPr>
          <w:rFonts w:ascii="Liberation Mono" w:hAnsi="Liberation Mono"/>
          <w:sz w:val="15"/>
        </w:rPr>
        <w:t>2026-09-06 03:25:54 [INFO] Install    286 Packages</w:t>
        <w:br/>
      </w:r>
      <w:r>
        <w:rPr>
          <w:rFonts w:ascii="Liberation Mono" w:hAnsi="Liberation Mono"/>
          <w:sz w:val="15"/>
        </w:rPr>
        <w:t>2026-09-06 03:25:54 [INFO] Upgrade    847 Packages</w:t>
        <w:br/>
      </w:r>
      <w:r>
        <w:rPr>
          <w:rFonts w:ascii="Liberation Mono" w:hAnsi="Liberation Mono"/>
          <w:sz w:val="15"/>
        </w:rPr>
        <w:t>2026-09-06 03:25:54 [INFO] Remove      43 Packages</w:t>
        <w:br/>
      </w:r>
      <w:r>
        <w:rPr>
          <w:rFonts w:ascii="Liberation Mono" w:hAnsi="Liberation Mono"/>
          <w:sz w:val="15"/>
        </w:rPr>
        <w:t>2026-09-06 03:25:54 [INFO] Downgrade    7 Packages</w:t>
        <w:br/>
      </w:r>
      <w:r>
        <w:rPr>
          <w:rFonts w:ascii="Liberation Mono" w:hAnsi="Liberation Mono"/>
          <w:sz w:val="15"/>
        </w:rPr>
        <w:t>2026-09-06 03:25:54 [INFO] Total size: 1.3 G</w:t>
        <w:br/>
      </w:r>
      <w:r>
        <w:rPr>
          <w:rFonts w:ascii="Liberation Mono" w:hAnsi="Liberation Mono"/>
          <w:sz w:val="15"/>
        </w:rPr>
        <w:t>...</w:t>
        <w:br/>
      </w:r>
      <w:r>
        <w:rPr>
          <w:rFonts w:ascii="Liberation Mono" w:hAnsi="Liberation Mono"/>
          <w:sz w:val="15"/>
        </w:rPr>
        <w:t>2026-09-06 03:29:29 [INFO] Complete!</w:t>
        <w:br/>
      </w:r>
      <w:r>
        <w:rPr>
          <w:rFonts w:ascii="Liberation Mono" w:hAnsi="Liberation Mono"/>
          <w:sz w:val="15"/>
        </w:rPr>
        <w:t>2026-09-06 03:29:30 [INFO] Applying transaction workaround - remove obsolete RPM GPG keys from RPM DB</w:t>
        <w:br/>
      </w:r>
      <w:r>
        <w:rPr>
          <w:rFonts w:ascii="Liberation Mono" w:hAnsi="Liberation Mono"/>
          <w:sz w:val="15"/>
        </w:rPr>
        <w:t>2026-09-06 03:29:30 [INFO] Applying transaction workaround - IRB directory fix</w:t>
        <w:br/>
      </w:r>
      <w:r>
        <w:rPr>
          <w:rFonts w:ascii="Liberation Mono" w:hAnsi="Liberation Mono"/>
          <w:sz w:val="15"/>
        </w:rPr>
        <w:t>2026-09-06 03:29:30 [INFO] Applying transaction workaround - import trusted gpg keys to RPM DB</w:t>
        <w:br/>
      </w:r>
      <w:r>
        <w:rPr>
          <w:rFonts w:ascii="Liberation Mono" w:hAnsi="Liberation Mono"/>
          <w:sz w:val="15"/>
        </w:rPr>
        <w:t>2026-09-06 03:29:30 [INFO] ==&gt; Processing phase `InterimPreparation`</w:t>
        <w:br/>
      </w:r>
      <w:r>
        <w:rPr>
          <w:rFonts w:ascii="Liberation Mono" w:hAnsi="Liberation Mono"/>
          <w:sz w:val="15"/>
        </w:rPr>
        <w:t>2026-09-06 03:29:30 [INFO] ====&gt; * mount_unit_generator</w:t>
        <w:br/>
      </w:r>
      <w:r>
        <w:rPr>
          <w:rFonts w:ascii="Liberation Mono" w:hAnsi="Liberation Mono"/>
          <w:sz w:val="15"/>
        </w:rPr>
        <w:t>2026-09-06 03:29:30 [INFO]         Sets up storage initialization using systemd's mount units in the upgrade container.</w:t>
        <w:br/>
      </w:r>
      <w:r>
        <w:rPr>
          <w:rFonts w:ascii="Liberation Mono" w:hAnsi="Liberation Mono"/>
          <w:sz w:val="15"/>
        </w:rPr>
        <w:t>2026-09-06 03:29:31 [INFO] ====&gt; * common_leapp_dracut_modules</w:t>
        <w:br/>
      </w:r>
      <w:r>
        <w:rPr>
          <w:rFonts w:ascii="Liberation Mono" w:hAnsi="Liberation Mono"/>
          <w:sz w:val="15"/>
        </w:rPr>
        <w:t>2026-09-06 03:29:31 [INFO]         Influences the generation of the initram disk</w:t>
        <w:br/>
      </w:r>
      <w:r>
        <w:rPr>
          <w:rFonts w:ascii="Liberation Mono" w:hAnsi="Liberation Mono"/>
          <w:sz w:val="15"/>
        </w:rPr>
        <w:t>2026-09-06 03:29:31 [INFO] ====&gt; * upgrade_initramfs_generator</w:t>
        <w:br/>
      </w:r>
      <w:r>
        <w:rPr>
          <w:rFonts w:ascii="Liberation Mono" w:hAnsi="Liberation Mono"/>
          <w:sz w:val="15"/>
        </w:rPr>
        <w:t>2026-09-06 03:29:31 [INFO]         Creates the upgrade initramfs</w:t>
      </w:r>
    </w:p>
    <w:p>
      <w:pPr>
        <w:pStyle w:val="Heading2"/>
      </w:pPr>
      <w:r>
        <w:t>A.4 Dracut mount failure exposed after tty0 diagnostic</w:t>
      </w:r>
    </w:p>
    <w:p>
      <w:pPr>
        <w:pStyle w:val="CodeBlock"/>
        <w:keepLines w:val="0"/>
        <w:spacing w:after="120"/>
      </w:pPr>
      <w:r>
        <w:rPr>
          <w:rFonts w:ascii="Liberation Mono" w:hAnsi="Liberation Mono"/>
          <w:sz w:val="15"/>
        </w:rPr>
        <w:t>[ OK ] Mounted /sysroot.</w:t>
        <w:br/>
      </w:r>
      <w:r>
        <w:rPr>
          <w:rFonts w:ascii="Liberation Mono" w:hAnsi="Liberation Mono"/>
          <w:sz w:val="15"/>
        </w:rPr>
        <w:t>[ OK ] Reached target Initrd Root File System.</w:t>
        <w:br/>
      </w:r>
      <w:r>
        <w:rPr>
          <w:rFonts w:ascii="Liberation Mono" w:hAnsi="Liberation Mono"/>
          <w:sz w:val="15"/>
        </w:rPr>
        <w:t xml:space="preserve">         Mounting /sysroot/boot...</w:t>
        <w:br/>
      </w:r>
      <w:r>
        <w:rPr>
          <w:rFonts w:ascii="Liberation Mono" w:hAnsi="Liberation Mono"/>
          <w:sz w:val="15"/>
        </w:rPr>
        <w:t xml:space="preserve">         Mounting /sysroot/tmp...</w:t>
        <w:br/>
      </w:r>
      <w:r>
        <w:rPr>
          <w:rFonts w:ascii="Liberation Mono" w:hAnsi="Liberation Mono"/>
          <w:sz w:val="15"/>
        </w:rPr>
        <w:t xml:space="preserve">         Starting Mountpoints Configured in the Real Root...</w:t>
        <w:br/>
      </w:r>
      <w:r>
        <w:rPr>
          <w:rFonts w:ascii="Liberation Mono" w:hAnsi="Liberation Mono"/>
          <w:sz w:val="15"/>
        </w:rPr>
        <w:t>[ OK ] Mounted /sysroot/boot.</w:t>
        <w:br/>
      </w:r>
      <w:r>
        <w:rPr>
          <w:rFonts w:ascii="Liberation Mono" w:hAnsi="Liberation Mono"/>
          <w:sz w:val="15"/>
        </w:rPr>
        <w:t xml:space="preserve">         Mounting /boot...</w:t>
        <w:br/>
      </w:r>
      <w:r>
        <w:rPr>
          <w:rFonts w:ascii="Liberation Mono" w:hAnsi="Liberation Mono"/>
          <w:sz w:val="15"/>
        </w:rPr>
        <w:t xml:space="preserve">         Mounting /sysroot/boot/efi...</w:t>
        <w:br/>
      </w:r>
      <w:r>
        <w:rPr>
          <w:rFonts w:ascii="Liberation Mono" w:hAnsi="Liberation Mono"/>
          <w:sz w:val="15"/>
        </w:rPr>
        <w:t>[ OK ] Mounted /boot.</w:t>
        <w:br/>
      </w:r>
      <w:r>
        <w:rPr>
          <w:rFonts w:ascii="Liberation Mono" w:hAnsi="Liberation Mono"/>
          <w:sz w:val="15"/>
        </w:rPr>
        <w:t>[ OK ] Mounted /sysroot/boot/efi.</w:t>
        <w:br/>
      </w:r>
      <w:r>
        <w:rPr>
          <w:rFonts w:ascii="Liberation Mono" w:hAnsi="Liberation Mono"/>
          <w:sz w:val="15"/>
        </w:rPr>
        <w:t>/usr/tmpDSK: Can't lookup blockdev</w:t>
        <w:br/>
      </w:r>
      <w:r>
        <w:rPr>
          <w:rFonts w:ascii="Liberation Mono" w:hAnsi="Liberation Mono"/>
          <w:sz w:val="15"/>
        </w:rPr>
        <w:t>[FAILED] Failed to mount /sysroot/tmp.</w:t>
        <w:br/>
      </w:r>
      <w:r>
        <w:rPr>
          <w:rFonts w:ascii="Liberation Mono" w:hAnsi="Liberation Mono"/>
          <w:sz w:val="15"/>
        </w:rPr>
        <w:t>See 'systemctl status sysroot-tmp.mount' for details.</w:t>
        <w:br/>
      </w:r>
      <w:r>
        <w:rPr>
          <w:rFonts w:ascii="Liberation Mono" w:hAnsi="Liberation Mono"/>
          <w:sz w:val="15"/>
        </w:rPr>
        <w:t>[DEPEND] Dependency failed for Local File Systems.</w:t>
        <w:br/>
      </w:r>
      <w:r>
        <w:rPr>
          <w:rFonts w:ascii="Liberation Mono" w:hAnsi="Liberation Mono"/>
          <w:sz w:val="15"/>
        </w:rPr>
        <w:t>[ OK ] Started Emergency Shell.</w:t>
        <w:br/>
      </w:r>
      <w:r>
        <w:rPr>
          <w:rFonts w:ascii="Liberation Mono" w:hAnsi="Liberation Mono"/>
          <w:sz w:val="15"/>
        </w:rPr>
        <w:t>[ OK ] Reached target Emergency Mode.</w:t>
        <w:br/>
      </w:r>
      <w:r>
        <w:rPr>
          <w:rFonts w:ascii="Liberation Mono" w:hAnsi="Liberation Mono"/>
          <w:sz w:val="15"/>
        </w:rPr>
        <w:t>Generating "/run/initramfs/rdsosreport.txt"</w:t>
        <w:br/>
      </w:r>
      <w:r>
        <w:rPr>
          <w:rFonts w:ascii="Liberation Mono" w:hAnsi="Liberation Mono"/>
          <w:sz w:val="15"/>
        </w:rPr>
        <w:t>Entering emergency mode. Exit the shell to continue.</w:t>
      </w:r>
    </w:p>
    <w:p>
      <w:pPr>
        <w:pStyle w:val="Heading2"/>
      </w:pPr>
      <w:r>
        <w:t>A.5 Generated mount unit evidence</w:t>
      </w:r>
    </w:p>
    <w:p>
      <w:pPr>
        <w:pStyle w:val="CodeBlock"/>
        <w:keepLines w:val="0"/>
        <w:spacing w:after="120"/>
      </w:pPr>
      <w:r>
        <w:rPr>
          <w:rFonts w:ascii="Liberation Mono" w:hAnsi="Liberation Mono"/>
          <w:sz w:val="15"/>
        </w:rPr>
        <w:t>systemctl cat sysroot-tmp.mount</w:t>
        <w:br/>
      </w:r>
      <w:r>
        <w:rPr>
          <w:rFonts w:ascii="Liberation Mono" w:hAnsi="Liberation Mono"/>
          <w:sz w:val="15"/>
        </w:rPr>
        <w:t># Warning: sysroot-tmp.mount changed on disk, the version systemd has loaded is outdated.</w:t>
        <w:br/>
      </w:r>
      <w:r>
        <w:rPr>
          <w:rFonts w:ascii="Liberation Mono" w:hAnsi="Liberation Mono"/>
          <w:sz w:val="15"/>
        </w:rPr>
        <w:t># /usr/lib/systemd/system/sysroot-tmp.mount</w:t>
        <w:br/>
      </w:r>
      <w:r>
        <w:rPr>
          <w:rFonts w:ascii="Liberation Mono" w:hAnsi="Liberation Mono"/>
          <w:sz w:val="15"/>
        </w:rPr>
        <w:t># Automatically generated by systemd-fstab-generator</w:t>
        <w:br/>
      </w:r>
      <w:r>
        <w:rPr>
          <w:rFonts w:ascii="Liberation Mono" w:hAnsi="Liberation Mono"/>
          <w:sz w:val="15"/>
        </w:rPr>
        <w:br/>
      </w:r>
      <w:r>
        <w:rPr>
          <w:rFonts w:ascii="Liberation Mono" w:hAnsi="Liberation Mono"/>
          <w:sz w:val="15"/>
        </w:rPr>
        <w:t>[Unit]</w:t>
        <w:br/>
      </w:r>
      <w:r>
        <w:rPr>
          <w:rFonts w:ascii="Liberation Mono" w:hAnsi="Liberation Mono"/>
          <w:sz w:val="15"/>
        </w:rPr>
        <w:t>SourcePath=/etc/fstab</w:t>
        <w:br/>
      </w:r>
      <w:r>
        <w:rPr>
          <w:rFonts w:ascii="Liberation Mono" w:hAnsi="Liberation Mono"/>
          <w:sz w:val="15"/>
        </w:rPr>
        <w:t>Documentation=man:fstab(5) man:systemd-fstab-generator(8)</w:t>
        <w:br/>
      </w:r>
      <w:r>
        <w:rPr>
          <w:rFonts w:ascii="Liberation Mono" w:hAnsi="Liberation Mono"/>
          <w:sz w:val="15"/>
        </w:rPr>
        <w:t>Before=local-fs.target</w:t>
        <w:br/>
      </w:r>
      <w:r>
        <w:rPr>
          <w:rFonts w:ascii="Liberation Mono" w:hAnsi="Liberation Mono"/>
          <w:sz w:val="15"/>
        </w:rPr>
        <w:br/>
      </w:r>
      <w:r>
        <w:rPr>
          <w:rFonts w:ascii="Liberation Mono" w:hAnsi="Liberation Mono"/>
          <w:sz w:val="15"/>
        </w:rPr>
        <w:t>[Mount]</w:t>
        <w:br/>
      </w:r>
      <w:r>
        <w:rPr>
          <w:rFonts w:ascii="Liberation Mono" w:hAnsi="Liberation Mono"/>
          <w:sz w:val="15"/>
        </w:rPr>
        <w:t>Where=/sysroot/tmp</w:t>
        <w:br/>
      </w:r>
      <w:r>
        <w:rPr>
          <w:rFonts w:ascii="Liberation Mono" w:hAnsi="Liberation Mono"/>
          <w:sz w:val="15"/>
        </w:rPr>
        <w:t>What=/usr/tmpDSK</w:t>
        <w:br/>
      </w:r>
      <w:r>
        <w:rPr>
          <w:rFonts w:ascii="Liberation Mono" w:hAnsi="Liberation Mono"/>
          <w:sz w:val="15"/>
        </w:rPr>
        <w:t>Type=ext4</w:t>
        <w:br/>
      </w:r>
      <w:r>
        <w:rPr>
          <w:rFonts w:ascii="Liberation Mono" w:hAnsi="Liberation Mono"/>
          <w:sz w:val="15"/>
        </w:rPr>
        <w:t>Options=defaults,noauto</w:t>
        <w:br/>
      </w:r>
      <w:r>
        <w:rPr>
          <w:rFonts w:ascii="Liberation Mono" w:hAnsi="Liberation Mono"/>
          <w:sz w:val="15"/>
        </w:rPr>
        <w:br/>
      </w:r>
      <w:r>
        <w:rPr>
          <w:rFonts w:ascii="Liberation Mono" w:hAnsi="Liberation Mono"/>
          <w:sz w:val="15"/>
        </w:rPr>
        <w:t>systemctl show sysroot-tmp.mount -p FragmentPath -p SourcePath</w:t>
        <w:br/>
      </w:r>
      <w:r>
        <w:rPr>
          <w:rFonts w:ascii="Liberation Mono" w:hAnsi="Liberation Mono"/>
          <w:sz w:val="15"/>
        </w:rPr>
        <w:t>FragmentPath=/usr/lib/systemd/system/sysroot-tmp.mount</w:t>
        <w:br/>
      </w:r>
      <w:r>
        <w:rPr>
          <w:rFonts w:ascii="Liberation Mono" w:hAnsi="Liberation Mono"/>
          <w:sz w:val="15"/>
        </w:rPr>
        <w:t>SourcePath=/etc/fstab</w:t>
      </w:r>
    </w:p>
    <w:p>
      <w:pPr>
        <w:pStyle w:val="Heading2"/>
      </w:pPr>
      <w:r>
        <w:t>A.6 Stage 4 MySQL failure from elevate-cpanel.log</w:t>
      </w:r>
    </w:p>
    <w:p>
      <w:pPr>
        <w:pStyle w:val="CodeBlock"/>
        <w:keepLines w:val="0"/>
        <w:spacing w:after="120"/>
      </w:pPr>
      <w:r>
        <w:rPr>
          <w:rFonts w:ascii="Liberation Mono" w:hAnsi="Liberation Mono"/>
          <w:sz w:val="15"/>
        </w:rPr>
        <w:t>2026-09-06 05:31:29 [INFO] Restoring config files for package: 'ea-php84-runtime'</w:t>
        <w:br/>
      </w:r>
      <w:r>
        <w:rPr>
          <w:rFonts w:ascii="Liberation Mono" w:hAnsi="Liberation Mono"/>
          <w:sz w:val="15"/>
        </w:rPr>
        <w:t>2026-09-06 05:31:29 [INFO] Restoring config files for package: 'ea-profiles-cpanel'</w:t>
        <w:br/>
      </w:r>
      <w:r>
        <w:rPr>
          <w:rFonts w:ascii="Liberation Mono" w:hAnsi="Liberation Mono"/>
          <w:sz w:val="15"/>
        </w:rPr>
        <w:t>2026-09-06 05:31:29 [INFO] Restoring config files for package: 'ea-wappspector'</w:t>
        <w:br/>
      </w:r>
      <w:r>
        <w:rPr>
          <w:rFonts w:ascii="Liberation Mono" w:hAnsi="Liberation Mono"/>
          <w:sz w:val="15"/>
        </w:rPr>
        <w:t>2026-09-06 05:35:03 [DEBUG] Running 'post_distro_upgrade' from CryptoPolicies component.</w:t>
        <w:br/>
      </w:r>
      <w:r>
        <w:rPr>
          <w:rFonts w:ascii="Liberation Mono" w:hAnsi="Liberation Mono"/>
          <w:sz w:val="15"/>
        </w:rPr>
        <w:t>2026-09-06 05:35:03 [INFO] Running: /usr/bin/update-crypto-policies --set DEFAULT:SHA1</w:t>
        <w:br/>
      </w:r>
      <w:r>
        <w:rPr>
          <w:rFonts w:ascii="Liberation Mono" w:hAnsi="Liberation Mono"/>
          <w:sz w:val="15"/>
        </w:rPr>
        <w:t>2026-09-06 05:35:03 [INFO] Setting system policy to DEFAULT:SHA1</w:t>
        <w:br/>
      </w:r>
      <w:r>
        <w:rPr>
          <w:rFonts w:ascii="Liberation Mono" w:hAnsi="Liberation Mono"/>
          <w:sz w:val="15"/>
        </w:rPr>
        <w:t>2026-09-06 05:35:03 [DEBUG] Running 'post_distro_upgrade' from MySQL component.</w:t>
        <w:br/>
      </w:r>
      <w:r>
        <w:rPr>
          <w:rFonts w:ascii="Liberation Mono" w:hAnsi="Liberation Mono"/>
          <w:sz w:val="15"/>
        </w:rPr>
        <w:t>2026-09-06 05:35:03 [INFO] Restoring MySQL 8.0</w:t>
        <w:br/>
      </w:r>
      <w:r>
        <w:rPr>
          <w:rFonts w:ascii="Liberation Mono" w:hAnsi="Liberation Mono"/>
          <w:sz w:val="15"/>
        </w:rPr>
        <w:t>2026-09-06 05:35:03 [INFO] Beginning upgrade to MySQL 8.0</w:t>
        <w:br/>
      </w:r>
      <w:r>
        <w:rPr>
          <w:rFonts w:ascii="Liberation Mono" w:hAnsi="Liberation Mono"/>
          <w:sz w:val="15"/>
        </w:rPr>
        <w:t>2026-09-06 05:37:25 [FATAL] FAILED to upgrade to MySQL 8.0</w:t>
        <w:br/>
      </w:r>
      <w:r>
        <w:rPr>
          <w:rFonts w:ascii="Liberation Mono" w:hAnsi="Liberation Mono"/>
          <w:sz w:val="15"/>
        </w:rPr>
        <w:t>2026-09-06 05:37:25 [FATAL] Unable to install MySQL 8.0.</w:t>
        <w:br/>
      </w:r>
      <w:r>
        <w:rPr>
          <w:rFonts w:ascii="Liberation Mono" w:hAnsi="Liberation Mono"/>
          <w:sz w:val="15"/>
        </w:rPr>
        <w:t>2026-09-06 05:37:25 [ERROR] The elevation process failed during stage 4.</w:t>
        <w:br/>
      </w:r>
      <w:r>
        <w:rPr>
          <w:rFonts w:ascii="Liberation Mono" w:hAnsi="Liberation Mono"/>
          <w:sz w:val="15"/>
        </w:rPr>
        <w:t>2026-09-06 05:37:25 [ERROR] You can continue the process after fixing the errors by running:</w:t>
        <w:br/>
      </w:r>
      <w:r>
        <w:rPr>
          <w:rFonts w:ascii="Liberation Mono" w:hAnsi="Liberation Mono"/>
          <w:sz w:val="15"/>
        </w:rPr>
        <w:t>/usr/local/cpanel/scripts/elevate-cpanel --continue</w:t>
        <w:br/>
      </w:r>
      <w:r>
        <w:rPr>
          <w:rFonts w:ascii="Liberation Mono" w:hAnsi="Liberation Mono"/>
          <w:sz w:val="15"/>
        </w:rPr>
        <w:t>...</w:t>
        <w:br/>
      </w:r>
      <w:r>
        <w:rPr>
          <w:rFonts w:ascii="Liberation Mono" w:hAnsi="Liberation Mono"/>
          <w:sz w:val="15"/>
        </w:rPr>
        <w:t>/usr/local/cpanel/bin/whmapi1 start_background_mysql_upgrade version=8.0</w:t>
      </w:r>
    </w:p>
    <w:p>
      <w:pPr>
        <w:pStyle w:val="Heading2"/>
      </w:pPr>
      <w:r>
        <w:t>A.7 MySQL background job package failure</w:t>
      </w:r>
    </w:p>
    <w:p>
      <w:pPr>
        <w:pStyle w:val="CodeBlock"/>
        <w:keepLines w:val="0"/>
        <w:spacing w:after="120"/>
      </w:pPr>
      <w:r>
        <w:rPr>
          <w:rFonts w:ascii="Liberation Mono" w:hAnsi="Liberation Mono"/>
          <w:sz w:val="15"/>
        </w:rPr>
        <w:t>Looking for providers that will cause dependency problems: mysql-server</w:t>
        <w:br/>
      </w:r>
      <w:r>
        <w:rPr>
          <w:rFonts w:ascii="Liberation Mono" w:hAnsi="Liberation Mono"/>
          <w:sz w:val="15"/>
        </w:rPr>
        <w:t>There are no installed packages that cause known dependency problems</w:t>
        <w:br/>
      </w:r>
      <w:r>
        <w:rPr>
          <w:rFonts w:ascii="Liberation Mono" w:hAnsi="Liberation Mono"/>
          <w:sz w:val="15"/>
        </w:rPr>
        <w:t>...</w:t>
        <w:br/>
      </w:r>
      <w:r>
        <w:rPr>
          <w:rFonts w:ascii="Liberation Mono" w:hAnsi="Liberation Mono"/>
          <w:sz w:val="15"/>
        </w:rPr>
        <w:t>Package mysql-community-devel-8.0.46-1.el8.x86_64 is already installed.</w:t>
        <w:br/>
      </w:r>
      <w:r>
        <w:rPr>
          <w:rFonts w:ascii="Liberation Mono" w:hAnsi="Liberation Mono"/>
          <w:sz w:val="15"/>
        </w:rPr>
        <w:t>Error:</w:t>
        <w:br/>
      </w:r>
      <w:r>
        <w:rPr>
          <w:rFonts w:ascii="Liberation Mono" w:hAnsi="Liberation Mono"/>
          <w:sz w:val="15"/>
        </w:rPr>
        <w:t xml:space="preserve"> Problem: package mysql-community-server-8.0.46-1.el9.x86_64 from mysql80-community requires mysql-community-icu-data-files = 8.0.46-1.el9, but none of the providers can be installed</w:t>
        <w:br/>
      </w:r>
      <w:r>
        <w:rPr>
          <w:rFonts w:ascii="Liberation Mono" w:hAnsi="Liberation Mono"/>
          <w:sz w:val="15"/>
        </w:rPr>
        <w:t xml:space="preserve">  - cannot install the best candidate for the job</w:t>
        <w:br/>
      </w:r>
      <w:r>
        <w:rPr>
          <w:rFonts w:ascii="Liberation Mono" w:hAnsi="Liberation Mono"/>
          <w:sz w:val="15"/>
        </w:rPr>
        <w:t xml:space="preserve">  - package mysql-community-icu-data-files-8.0.46-1.el9.x86_64 from mysql80-community is filtered out by exclude filtering</w:t>
        <w:br/>
      </w:r>
      <w:r>
        <w:rPr>
          <w:rFonts w:ascii="Liberation Mono" w:hAnsi="Liberation Mono"/>
          <w:sz w:val="15"/>
        </w:rPr>
        <w:t>(try to add '--skip-broken' to skip uninstallable packages or '--nobest' to use not only best candidate packages)</w:t>
        <w:br/>
      </w:r>
      <w:r>
        <w:rPr>
          <w:rFonts w:ascii="Liberation Mono" w:hAnsi="Liberation Mono"/>
          <w:sz w:val="15"/>
        </w:rPr>
        <w:t>Restarting mysqld service.</w:t>
        <w:br/>
      </w:r>
      <w:r>
        <w:rPr>
          <w:rFonts w:ascii="Liberation Mono" w:hAnsi="Liberation Mono"/>
          <w:sz w:val="15"/>
        </w:rPr>
        <w:t>The "mysql" service is disabled.</w:t>
        <w:br/>
      </w:r>
      <w:r>
        <w:rPr>
          <w:rFonts w:ascii="Liberation Mono" w:hAnsi="Liberation Mono"/>
          <w:sz w:val="15"/>
        </w:rPr>
        <w:t>"/usr/bin/yum" reported error code "1" when it ended.</w:t>
      </w:r>
    </w:p>
    <w:p>
      <w:pPr>
        <w:pStyle w:val="Heading2"/>
      </w:pPr>
      <w:r>
        <w:t>A.8 Versionlock discovery and post-fix transaction</w:t>
      </w:r>
    </w:p>
    <w:p>
      <w:pPr>
        <w:pStyle w:val="CodeBlock"/>
        <w:keepLines w:val="0"/>
        <w:spacing w:after="120"/>
      </w:pPr>
      <w:r>
        <w:rPr>
          <w:rFonts w:ascii="Liberation Mono" w:hAnsi="Liberation Mono"/>
          <w:sz w:val="15"/>
        </w:rPr>
        <w:t>dnf versionlock list</w:t>
        <w:br/>
      </w:r>
      <w:r>
        <w:rPr>
          <w:rFonts w:ascii="Liberation Mono" w:hAnsi="Liberation Mono"/>
          <w:sz w:val="15"/>
        </w:rPr>
        <w:t>mysql-community-client-plugins-0:8.0.46-1.el8.*</w:t>
        <w:br/>
      </w:r>
      <w:r>
        <w:rPr>
          <w:rFonts w:ascii="Liberation Mono" w:hAnsi="Liberation Mono"/>
          <w:sz w:val="15"/>
        </w:rPr>
        <w:t>mysql-community-client-0:8.0.46-1.el8.*</w:t>
        <w:br/>
      </w:r>
      <w:r>
        <w:rPr>
          <w:rFonts w:ascii="Liberation Mono" w:hAnsi="Liberation Mono"/>
          <w:sz w:val="15"/>
        </w:rPr>
        <w:t>mysql-community-common-0:8.0.46-1.el8.*</w:t>
        <w:br/>
      </w:r>
      <w:r>
        <w:rPr>
          <w:rFonts w:ascii="Liberation Mono" w:hAnsi="Liberation Mono"/>
          <w:sz w:val="15"/>
        </w:rPr>
        <w:t>mysql-community-icu-data-files-0:8.0.46-1.el8.*</w:t>
        <w:br/>
      </w:r>
      <w:r>
        <w:rPr>
          <w:rFonts w:ascii="Liberation Mono" w:hAnsi="Liberation Mono"/>
          <w:sz w:val="15"/>
        </w:rPr>
        <w:t>mysql-community-libs-0:8.0.46-1.el8.*</w:t>
        <w:br/>
      </w:r>
      <w:r>
        <w:rPr>
          <w:rFonts w:ascii="Liberation Mono" w:hAnsi="Liberation Mono"/>
          <w:sz w:val="15"/>
        </w:rPr>
        <w:br/>
      </w:r>
      <w:r>
        <w:rPr>
          <w:rFonts w:ascii="Liberation Mono" w:hAnsi="Liberation Mono"/>
          <w:sz w:val="15"/>
        </w:rPr>
        <w:t># after deleting the MySQL locks, dry-run:</w:t>
        <w:br/>
      </w:r>
      <w:r>
        <w:rPr>
          <w:rFonts w:ascii="Liberation Mono" w:hAnsi="Liberation Mono"/>
          <w:sz w:val="15"/>
        </w:rPr>
        <w:t>Dependencies resolved.</w:t>
        <w:br/>
      </w:r>
      <w:r>
        <w:rPr>
          <w:rFonts w:ascii="Liberation Mono" w:hAnsi="Liberation Mono"/>
          <w:sz w:val="15"/>
        </w:rPr>
        <w:t>Installing:</w:t>
        <w:br/>
      </w:r>
      <w:r>
        <w:rPr>
          <w:rFonts w:ascii="Liberation Mono" w:hAnsi="Liberation Mono"/>
          <w:sz w:val="15"/>
        </w:rPr>
        <w:t xml:space="preserve"> mysql-community-server  x86_64  8.0.46-1.el9</w:t>
        <w:br/>
      </w:r>
      <w:r>
        <w:rPr>
          <w:rFonts w:ascii="Liberation Mono" w:hAnsi="Liberation Mono"/>
          <w:sz w:val="15"/>
        </w:rPr>
        <w:t>Upgrading:</w:t>
        <w:br/>
      </w:r>
      <w:r>
        <w:rPr>
          <w:rFonts w:ascii="Liberation Mono" w:hAnsi="Liberation Mono"/>
          <w:sz w:val="15"/>
        </w:rPr>
        <w:t xml:space="preserve"> mysql-community-client              x86_64  8.0.46-1.el9</w:t>
        <w:br/>
      </w:r>
      <w:r>
        <w:rPr>
          <w:rFonts w:ascii="Liberation Mono" w:hAnsi="Liberation Mono"/>
          <w:sz w:val="15"/>
        </w:rPr>
        <w:t xml:space="preserve"> mysql-community-client-plugins      x86_64  8.0.46-1.el9</w:t>
        <w:br/>
      </w:r>
      <w:r>
        <w:rPr>
          <w:rFonts w:ascii="Liberation Mono" w:hAnsi="Liberation Mono"/>
          <w:sz w:val="15"/>
        </w:rPr>
        <w:t xml:space="preserve"> mysql-community-common              x86_64  8.0.46-1.el9</w:t>
        <w:br/>
      </w:r>
      <w:r>
        <w:rPr>
          <w:rFonts w:ascii="Liberation Mono" w:hAnsi="Liberation Mono"/>
          <w:sz w:val="15"/>
        </w:rPr>
        <w:t xml:space="preserve"> mysql-community-devel               x86_64  8.0.46-1.el9</w:t>
        <w:br/>
      </w:r>
      <w:r>
        <w:rPr>
          <w:rFonts w:ascii="Liberation Mono" w:hAnsi="Liberation Mono"/>
          <w:sz w:val="15"/>
        </w:rPr>
        <w:t xml:space="preserve"> mysql-community-icu-data-files      x86_64  8.0.46-1.el9</w:t>
        <w:br/>
      </w:r>
      <w:r>
        <w:rPr>
          <w:rFonts w:ascii="Liberation Mono" w:hAnsi="Liberation Mono"/>
          <w:sz w:val="15"/>
        </w:rPr>
        <w:t xml:space="preserve"> mysql-community-libs                x86_64  8.0.46-1.el9</w:t>
        <w:br/>
      </w:r>
      <w:r>
        <w:rPr>
          <w:rFonts w:ascii="Liberation Mono" w:hAnsi="Liberation Mono"/>
          <w:sz w:val="15"/>
        </w:rPr>
        <w:t>Transaction Summary</w:t>
        <w:br/>
      </w:r>
      <w:r>
        <w:rPr>
          <w:rFonts w:ascii="Liberation Mono" w:hAnsi="Liberation Mono"/>
          <w:sz w:val="15"/>
        </w:rPr>
        <w:t>Install 1 Package</w:t>
        <w:br/>
      </w:r>
      <w:r>
        <w:rPr>
          <w:rFonts w:ascii="Liberation Mono" w:hAnsi="Liberation Mono"/>
          <w:sz w:val="15"/>
        </w:rPr>
        <w:t>Upgrade 6 Packages</w:t>
        <w:br/>
      </w:r>
      <w:r>
        <w:rPr>
          <w:rFonts w:ascii="Liberation Mono" w:hAnsi="Liberation Mono"/>
          <w:sz w:val="15"/>
        </w:rPr>
        <w:t>Operation aborted.   # expected because --assumeno</w:t>
      </w:r>
    </w:p>
    <w:p>
      <w:pPr>
        <w:pStyle w:val="Heading2"/>
      </w:pPr>
      <w:r>
        <w:t>A.9 Successful MySQL job after versionlock removal</w:t>
      </w:r>
    </w:p>
    <w:p>
      <w:pPr>
        <w:pStyle w:val="CodeBlock"/>
        <w:keepLines w:val="0"/>
        <w:spacing w:after="120"/>
      </w:pPr>
      <w:r>
        <w:rPr>
          <w:rFonts w:ascii="Liberation Mono" w:hAnsi="Liberation Mono"/>
          <w:sz w:val="15"/>
        </w:rPr>
        <w:t>Restarting mysqld service.</w:t>
        <w:br/>
      </w:r>
      <w:r>
        <w:rPr>
          <w:rFonts w:ascii="Liberation Mono" w:hAnsi="Liberation Mono"/>
          <w:sz w:val="15"/>
        </w:rPr>
        <w:t>Waiting for "mysql" to restart ... waiting for "mysql" to initialize ... finished.</w:t>
        <w:br/>
      </w:r>
      <w:r>
        <w:rPr>
          <w:rFonts w:ascii="Liberation Mono" w:hAnsi="Liberation Mono"/>
          <w:sz w:val="15"/>
        </w:rPr>
        <w:br/>
      </w:r>
      <w:r>
        <w:rPr>
          <w:rFonts w:ascii="Liberation Mono" w:hAnsi="Liberation Mono"/>
          <w:sz w:val="15"/>
        </w:rPr>
        <w:t>Service Status</w:t>
        <w:br/>
      </w:r>
      <w:r>
        <w:rPr>
          <w:rFonts w:ascii="Liberation Mono" w:hAnsi="Liberation Mono"/>
          <w:sz w:val="15"/>
        </w:rPr>
        <w:t xml:space="preserve">    mysqld (/usr/sbin/mysqld) is running as mysql ...</w:t>
        <w:br/>
      </w:r>
      <w:r>
        <w:rPr>
          <w:rFonts w:ascii="Liberation Mono" w:hAnsi="Liberation Mono"/>
          <w:sz w:val="15"/>
        </w:rPr>
        <w:br/>
      </w:r>
      <w:r>
        <w:rPr>
          <w:rFonts w:ascii="Liberation Mono" w:hAnsi="Liberation Mono"/>
          <w:sz w:val="15"/>
        </w:rPr>
        <w:t>Startup Log</w:t>
        <w:br/>
      </w:r>
      <w:r>
        <w:rPr>
          <w:rFonts w:ascii="Liberation Mono" w:hAnsi="Liberation Mono"/>
          <w:sz w:val="15"/>
        </w:rPr>
        <w:t xml:space="preserve">    Sep 06 05:53:35 rocky8.usd21.org systemd[1]: Starting MySQL Server...</w:t>
        <w:br/>
      </w:r>
      <w:r>
        <w:rPr>
          <w:rFonts w:ascii="Liberation Mono" w:hAnsi="Liberation Mono"/>
          <w:sz w:val="15"/>
        </w:rPr>
        <w:t xml:space="preserve">    Sep 06 05:53:39 rocky8.usd21.org systemd[1]: Started MySQL Server.</w:t>
        <w:br/>
      </w:r>
      <w:r>
        <w:rPr>
          <w:rFonts w:ascii="Liberation Mono" w:hAnsi="Liberation Mono"/>
          <w:sz w:val="15"/>
        </w:rPr>
        <w:br/>
      </w:r>
      <w:r>
        <w:rPr>
          <w:rFonts w:ascii="Liberation Mono" w:hAnsi="Liberation Mono"/>
          <w:sz w:val="15"/>
        </w:rPr>
        <w:t>Log Messages</w:t>
        <w:br/>
      </w:r>
      <w:r>
        <w:rPr>
          <w:rFonts w:ascii="Liberation Mono" w:hAnsi="Liberation Mono"/>
          <w:sz w:val="15"/>
        </w:rPr>
        <w:t xml:space="preserve">    2026-09-06T05:53:39Z /usr/sbin/mysqld: ready for connections. Version: '8.0.46' socket: '/var/lib/mysql/mysql.sock' port: 3306 MySQL Community Server - GPL.</w:t>
        <w:br/>
      </w:r>
      <w:r>
        <w:rPr>
          <w:rFonts w:ascii="Liberation Mono" w:hAnsi="Liberation Mono"/>
          <w:sz w:val="15"/>
        </w:rPr>
        <w:br/>
      </w:r>
      <w:r>
        <w:rPr>
          <w:rFonts w:ascii="Liberation Mono" w:hAnsi="Liberation Mono"/>
          <w:sz w:val="15"/>
        </w:rPr>
        <w:t>mysql restarted successfully.</w:t>
        <w:br/>
      </w:r>
      <w:r>
        <w:rPr>
          <w:rFonts w:ascii="Liberation Mono" w:hAnsi="Liberation Mono"/>
          <w:sz w:val="15"/>
        </w:rPr>
        <w:t>MySQL upgrade completed successfully</w:t>
      </w:r>
    </w:p>
    <w:p>
      <w:pPr>
        <w:pStyle w:val="Heading1"/>
      </w:pPr>
      <w:r>
        <w:t>Appendix B - Log locations and evidence map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27"/>
        <w:gridCol w:w="3427"/>
        <w:gridCol w:w="3427"/>
      </w:tblGrid>
      <w:tr>
        <w:tc>
          <w:tcPr>
            <w:tcW w:type="dxa" w:w="3427"/>
            <w:shd w:fill="D9EAF7"/>
          </w:tcPr>
          <w:p>
            <w:r/>
            <w:r>
              <w:rPr>
                <w:rFonts w:ascii="Aptos" w:hAnsi="Aptos"/>
                <w:b/>
                <w:sz w:val="16"/>
              </w:rPr>
              <w:t>Location</w:t>
            </w:r>
          </w:p>
        </w:tc>
        <w:tc>
          <w:tcPr>
            <w:tcW w:type="dxa" w:w="3427"/>
            <w:shd w:fill="D9EAF7"/>
          </w:tcPr>
          <w:p>
            <w:r/>
            <w:r>
              <w:rPr>
                <w:rFonts w:ascii="Aptos" w:hAnsi="Aptos"/>
                <w:b/>
                <w:sz w:val="16"/>
              </w:rPr>
              <w:t>What it proved in this incident</w:t>
            </w:r>
          </w:p>
        </w:tc>
        <w:tc>
          <w:tcPr>
            <w:tcW w:type="dxa" w:w="3427"/>
            <w:shd w:fill="D9EAF7"/>
          </w:tcPr>
          <w:p>
            <w:r/>
            <w:r>
              <w:rPr>
                <w:rFonts w:ascii="Aptos" w:hAnsi="Aptos"/>
                <w:b/>
                <w:sz w:val="16"/>
              </w:rPr>
              <w:t>Key evidence</w:t>
            </w:r>
          </w:p>
        </w:tc>
      </w:tr>
      <w:tr>
        <w:tc>
          <w:tcPr>
            <w:tcW w:type="dxa" w:w="3427"/>
          </w:tcPr>
          <w:p>
            <w:r/>
            <w:r>
              <w:rPr>
                <w:rFonts w:ascii="Aptos" w:hAnsi="Aptos"/>
                <w:b w:val="0"/>
                <w:sz w:val="15"/>
              </w:rPr>
              <w:t>/var/log/elevate-cpanel.log</w:t>
            </w:r>
          </w:p>
        </w:tc>
        <w:tc>
          <w:tcPr>
            <w:tcW w:type="dxa" w:w="3427"/>
          </w:tcPr>
          <w:p>
            <w:r/>
            <w:r>
              <w:rPr>
                <w:rFonts w:ascii="Aptos" w:hAnsi="Aptos"/>
                <w:b w:val="0"/>
                <w:sz w:val="15"/>
              </w:rPr>
              <w:t>Wrapper stage progression, preflight repository blockers, Leapp output, Stage 4 component failure</w:t>
            </w:r>
          </w:p>
        </w:tc>
        <w:tc>
          <w:tcPr>
            <w:tcW w:type="dxa" w:w="3427"/>
          </w:tcPr>
          <w:p>
            <w:r/>
            <w:r>
              <w:rPr>
                <w:rFonts w:ascii="Aptos" w:hAnsi="Aptos"/>
                <w:b w:val="0"/>
                <w:sz w:val="15"/>
              </w:rPr>
              <w:t>elevate-testing blocker; target transaction success; upgrade_initramfs_generator; MySQL post_distro_upgrade failure</w:t>
            </w:r>
          </w:p>
        </w:tc>
      </w:tr>
      <w:tr>
        <w:tc>
          <w:tcPr>
            <w:tcW w:type="dxa" w:w="3427"/>
          </w:tcPr>
          <w:p>
            <w:r/>
            <w:r>
              <w:rPr>
                <w:rFonts w:ascii="Aptos" w:hAnsi="Aptos"/>
                <w:b w:val="0"/>
                <w:sz w:val="15"/>
              </w:rPr>
              <w:t>/var/log/leapp/leapp-report.txt and .json</w:t>
            </w:r>
          </w:p>
        </w:tc>
        <w:tc>
          <w:tcPr>
            <w:tcW w:type="dxa" w:w="3427"/>
          </w:tcPr>
          <w:p>
            <w:r/>
            <w:r>
              <w:rPr>
                <w:rFonts w:ascii="Aptos" w:hAnsi="Aptos"/>
                <w:b w:val="0"/>
                <w:sz w:val="15"/>
              </w:rPr>
              <w:t>Preupgrade findings/inhibitors and Leapp-specific report details</w:t>
            </w:r>
          </w:p>
        </w:tc>
        <w:tc>
          <w:tcPr>
            <w:tcW w:type="dxa" w:w="3427"/>
          </w:tcPr>
          <w:p>
            <w:r/>
            <w:r>
              <w:rPr>
                <w:rFonts w:ascii="Aptos" w:hAnsi="Aptos"/>
                <w:b w:val="0"/>
                <w:sz w:val="15"/>
              </w:rPr>
              <w:t>Used to verify zero inhibitors before start and distinguish warnings from blockers</w:t>
            </w:r>
          </w:p>
        </w:tc>
      </w:tr>
      <w:tr>
        <w:tc>
          <w:tcPr>
            <w:tcW w:type="dxa" w:w="3427"/>
          </w:tcPr>
          <w:p>
            <w:r/>
            <w:r>
              <w:rPr>
                <w:rFonts w:ascii="Aptos" w:hAnsi="Aptos"/>
                <w:b w:val="0"/>
                <w:sz w:val="15"/>
              </w:rPr>
              <w:t>/run/initramfs/rdsosreport.txt</w:t>
            </w:r>
          </w:p>
        </w:tc>
        <w:tc>
          <w:tcPr>
            <w:tcW w:type="dxa" w:w="3427"/>
          </w:tcPr>
          <w:p>
            <w:r/>
            <w:r>
              <w:rPr>
                <w:rFonts w:ascii="Aptos" w:hAnsi="Aptos"/>
                <w:b w:val="0"/>
                <w:sz w:val="15"/>
              </w:rPr>
              <w:t>Dracut emergency-boot diagnostic report</w:t>
            </w:r>
          </w:p>
        </w:tc>
        <w:tc>
          <w:tcPr>
            <w:tcW w:type="dxa" w:w="3427"/>
          </w:tcPr>
          <w:p>
            <w:r/>
            <w:r>
              <w:rPr>
                <w:rFonts w:ascii="Aptos" w:hAnsi="Aptos"/>
                <w:b w:val="0"/>
                <w:sz w:val="15"/>
              </w:rPr>
              <w:t>Generated when /sysroot/tmp mount failed</w:t>
            </w:r>
          </w:p>
        </w:tc>
      </w:tr>
      <w:tr>
        <w:tc>
          <w:tcPr>
            <w:tcW w:type="dxa" w:w="3427"/>
          </w:tcPr>
          <w:p>
            <w:r/>
            <w:r>
              <w:rPr>
                <w:rFonts w:ascii="Aptos" w:hAnsi="Aptos"/>
                <w:b w:val="0"/>
                <w:sz w:val="15"/>
              </w:rPr>
              <w:t>systemctl cat/show sysroot-tmp.mount inside upgrade initramfs</w:t>
            </w:r>
          </w:p>
        </w:tc>
        <w:tc>
          <w:tcPr>
            <w:tcW w:type="dxa" w:w="3427"/>
          </w:tcPr>
          <w:p>
            <w:r/>
            <w:r>
              <w:rPr>
                <w:rFonts w:ascii="Aptos" w:hAnsi="Aptos"/>
                <w:b w:val="0"/>
                <w:sz w:val="15"/>
              </w:rPr>
              <w:t>Exact generated mount definition and provenance</w:t>
            </w:r>
          </w:p>
        </w:tc>
        <w:tc>
          <w:tcPr>
            <w:tcW w:type="dxa" w:w="3427"/>
          </w:tcPr>
          <w:p>
            <w:r/>
            <w:r>
              <w:rPr>
                <w:rFonts w:ascii="Aptos" w:hAnsi="Aptos"/>
                <w:b w:val="0"/>
                <w:sz w:val="15"/>
              </w:rPr>
              <w:t>What=/usr/tmpDSK; Where=/sysroot/tmp; SourcePath=/etc/fstab</w:t>
            </w:r>
          </w:p>
        </w:tc>
      </w:tr>
      <w:tr>
        <w:tc>
          <w:tcPr>
            <w:tcW w:type="dxa" w:w="3427"/>
          </w:tcPr>
          <w:p>
            <w:r/>
            <w:r>
              <w:rPr>
                <w:rFonts w:ascii="Aptos" w:hAnsi="Aptos"/>
                <w:b w:val="0"/>
                <w:sz w:val="15"/>
              </w:rPr>
              <w:t>/var/cpanel/logs/mysql_upgrade.&lt;ID&gt;/unattended_background_upgrade.log</w:t>
            </w:r>
          </w:p>
        </w:tc>
        <w:tc>
          <w:tcPr>
            <w:tcW w:type="dxa" w:w="3427"/>
          </w:tcPr>
          <w:p>
            <w:r/>
            <w:r>
              <w:rPr>
                <w:rFonts w:ascii="Aptos" w:hAnsi="Aptos"/>
                <w:b w:val="0"/>
                <w:sz w:val="15"/>
              </w:rPr>
              <w:t>Actual cPanel MySQL package transaction and service restart results</w:t>
            </w:r>
          </w:p>
        </w:tc>
        <w:tc>
          <w:tcPr>
            <w:tcW w:type="dxa" w:w="3427"/>
          </w:tcPr>
          <w:p>
            <w:r/>
            <w:r>
              <w:rPr>
                <w:rFonts w:ascii="Aptos" w:hAnsi="Aptos"/>
                <w:b w:val="0"/>
                <w:sz w:val="15"/>
              </w:rPr>
              <w:t>Filtered EL9 ICU package before fix; MySQL upgrade completed successfully after versionlock removal</w:t>
            </w:r>
          </w:p>
        </w:tc>
      </w:tr>
      <w:tr>
        <w:tc>
          <w:tcPr>
            <w:tcW w:type="dxa" w:w="3427"/>
          </w:tcPr>
          <w:p>
            <w:r/>
            <w:r>
              <w:rPr>
                <w:rFonts w:ascii="Aptos" w:hAnsi="Aptos"/>
                <w:b w:val="0"/>
                <w:sz w:val="15"/>
              </w:rPr>
              <w:t>dnf versionlock list</w:t>
            </w:r>
          </w:p>
        </w:tc>
        <w:tc>
          <w:tcPr>
            <w:tcW w:type="dxa" w:w="3427"/>
          </w:tcPr>
          <w:p>
            <w:r/>
            <w:r>
              <w:rPr>
                <w:rFonts w:ascii="Aptos" w:hAnsi="Aptos"/>
                <w:b w:val="0"/>
                <w:sz w:val="15"/>
              </w:rPr>
              <w:t>Hidden transaction filter not visible in dnf.conf excludes</w:t>
            </w:r>
          </w:p>
        </w:tc>
        <w:tc>
          <w:tcPr>
            <w:tcW w:type="dxa" w:w="3427"/>
          </w:tcPr>
          <w:p>
            <w:r/>
            <w:r>
              <w:rPr>
                <w:rFonts w:ascii="Aptos" w:hAnsi="Aptos"/>
                <w:b w:val="0"/>
                <w:sz w:val="15"/>
              </w:rPr>
              <w:t>mysql-community packages pinned to 8.0.46-1.el8.*</w:t>
            </w:r>
          </w:p>
        </w:tc>
      </w:tr>
      <w:tr>
        <w:tc>
          <w:tcPr>
            <w:tcW w:type="dxa" w:w="3427"/>
          </w:tcPr>
          <w:p>
            <w:r/>
            <w:r>
              <w:rPr>
                <w:rFonts w:ascii="Aptos" w:hAnsi="Aptos"/>
                <w:b w:val="0"/>
                <w:sz w:val="15"/>
              </w:rPr>
              <w:t>GRUB ELevate-Upgrade-Initramfs entry</w:t>
            </w:r>
          </w:p>
        </w:tc>
        <w:tc>
          <w:tcPr>
            <w:tcW w:type="dxa" w:w="3427"/>
          </w:tcPr>
          <w:p>
            <w:r/>
            <w:r>
              <w:rPr>
                <w:rFonts w:ascii="Aptos" w:hAnsi="Aptos"/>
                <w:b w:val="0"/>
                <w:sz w:val="15"/>
              </w:rPr>
              <w:t>Kernel/initramfs and console routing for offline upgrade boot</w:t>
            </w:r>
          </w:p>
        </w:tc>
        <w:tc>
          <w:tcPr>
            <w:tcW w:type="dxa" w:w="3427"/>
          </w:tcPr>
          <w:p>
            <w:r/>
            <w:r>
              <w:rPr>
                <w:rFonts w:ascii="Aptos" w:hAnsi="Aptos"/>
                <w:b w:val="0"/>
                <w:sz w:val="15"/>
              </w:rPr>
              <w:t>console=ttyS0 originally; tty0 diagnostic exposed the real error</w:t>
            </w:r>
          </w:p>
        </w:tc>
      </w:tr>
    </w:tbl>
    <w:p>
      <w:pPr>
        <w:pStyle w:val="Heading1"/>
      </w:pPr>
      <w:r>
        <w:t>15. Bottom line</w:t>
      </w:r>
    </w:p>
    <w:p>
      <w:r>
        <w:t>This incident was not one monolithic ELevate failure. It was a sequence of independently diagnosable integration gaps. Each successful intervention moved the failure boundary forward, which makes the case valuable for upstream engineering: the DNF exclude was validated by target userspace success after removal; the tmpDSK diagnosis was validated by the offline transaction proceeding only after removal of the generated mount unit; and the MySQL diagnosis was validated by the EL9 transaction resolving immediately after deleting EL8-specific versionlocks. Those are strong, reproducible signals for preflight and integration improvements.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893" w:right="979" w:bottom="893" w:left="97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6464"/>
        <w:sz w:val="16"/>
      </w:rPr>
      <w:t>Prepared from the live troubleshooting session and captured logs - 2026-09-06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ptos" w:hAnsi="Aptos"/>
        <w:color w:val="5A5A5A"/>
        <w:sz w:val="16"/>
      </w:rPr>
      <w:t>rocky8.usd21.org | cPanel ELevate AlmaLinux 8.10 -&gt; 9.8 incident review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ptos" w:hAnsi="Aptos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365F91" w:themeColor="accent1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8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17365D" w:themeColor="text2" w:themeShade="BF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ptos" w:hAnsi="Aptos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 Block"/>
    <w:pPr>
      <w:spacing w:before="60" w:after="120"/>
      <w:ind w:left="259" w:right="115"/>
    </w:pPr>
    <w:rPr>
      <w:rFonts w:ascii="Liberation Mono" w:hAnsi="Liberation Mono"/>
      <w:sz w:val="15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